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EB1D3" w14:textId="77777777" w:rsidR="009A4E93" w:rsidRDefault="009A4E93" w:rsidP="009A4E93">
      <w:pPr>
        <w:suppressAutoHyphens/>
        <w:spacing w:after="0"/>
        <w:rPr>
          <w:rFonts w:ascii="Times New Roman" w:eastAsia="NSimSun" w:hAnsi="Times New Roman" w:cs="Times New Roman"/>
          <w:lang w:eastAsia="hr-HR"/>
        </w:rPr>
      </w:pPr>
      <w:proofErr w:type="spellStart"/>
      <w:r>
        <w:rPr>
          <w:rFonts w:ascii="Times New Roman" w:eastAsia="NSimSun" w:hAnsi="Times New Roman" w:cs="Times New Roman"/>
          <w:lang w:eastAsia="hr-HR"/>
        </w:rPr>
        <w:t>Osnovna</w:t>
      </w:r>
      <w:proofErr w:type="spellEnd"/>
      <w:r>
        <w:rPr>
          <w:rFonts w:ascii="Times New Roman" w:eastAsia="NSimSu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NSimSun" w:hAnsi="Times New Roman" w:cs="Times New Roman"/>
          <w:lang w:eastAsia="hr-HR"/>
        </w:rPr>
        <w:t>škola</w:t>
      </w:r>
      <w:proofErr w:type="spellEnd"/>
      <w:r>
        <w:rPr>
          <w:rFonts w:ascii="Times New Roman" w:eastAsia="NSimSun" w:hAnsi="Times New Roman" w:cs="Times New Roman"/>
          <w:lang w:eastAsia="hr-HR"/>
        </w:rPr>
        <w:t xml:space="preserve"> Hvar</w:t>
      </w:r>
    </w:p>
    <w:p w14:paraId="6928BB99" w14:textId="77777777" w:rsidR="009A4E93" w:rsidRPr="00331C32" w:rsidRDefault="009A4E93" w:rsidP="009A4E93">
      <w:pPr>
        <w:suppressAutoHyphens/>
        <w:spacing w:after="0"/>
        <w:rPr>
          <w:rFonts w:ascii="Times New Roman" w:eastAsia="NSimSun" w:hAnsi="Times New Roman" w:cs="Times New Roman"/>
          <w:lang w:eastAsia="hr-HR"/>
        </w:rPr>
      </w:pPr>
      <w:proofErr w:type="spellStart"/>
      <w:r w:rsidRPr="00331C32">
        <w:rPr>
          <w:rFonts w:ascii="Times New Roman" w:eastAsia="NSimSun" w:hAnsi="Times New Roman" w:cs="Times New Roman"/>
          <w:lang w:eastAsia="hr-HR"/>
        </w:rPr>
        <w:t>Ulica</w:t>
      </w:r>
      <w:proofErr w:type="spellEnd"/>
      <w:r w:rsidRPr="00331C32">
        <w:rPr>
          <w:rFonts w:ascii="Times New Roman" w:eastAsia="NSimSun" w:hAnsi="Times New Roman" w:cs="Times New Roman"/>
          <w:lang w:eastAsia="hr-HR"/>
        </w:rPr>
        <w:t xml:space="preserve"> </w:t>
      </w:r>
      <w:proofErr w:type="spellStart"/>
      <w:r w:rsidRPr="00331C32">
        <w:rPr>
          <w:rFonts w:ascii="Times New Roman" w:eastAsia="NSimSun" w:hAnsi="Times New Roman" w:cs="Times New Roman"/>
          <w:lang w:eastAsia="hr-HR"/>
        </w:rPr>
        <w:t>kroz</w:t>
      </w:r>
      <w:proofErr w:type="spellEnd"/>
      <w:r w:rsidRPr="00331C32">
        <w:rPr>
          <w:rFonts w:ascii="Times New Roman" w:eastAsia="NSimSun" w:hAnsi="Times New Roman" w:cs="Times New Roman"/>
          <w:lang w:eastAsia="hr-HR"/>
        </w:rPr>
        <w:t xml:space="preserve"> </w:t>
      </w:r>
      <w:proofErr w:type="spellStart"/>
      <w:r w:rsidRPr="00331C32">
        <w:rPr>
          <w:rFonts w:ascii="Times New Roman" w:eastAsia="NSimSun" w:hAnsi="Times New Roman" w:cs="Times New Roman"/>
          <w:lang w:eastAsia="hr-HR"/>
        </w:rPr>
        <w:t>Burak</w:t>
      </w:r>
      <w:proofErr w:type="spellEnd"/>
      <w:r w:rsidRPr="00331C32">
        <w:rPr>
          <w:rFonts w:ascii="Times New Roman" w:eastAsia="NSimSun" w:hAnsi="Times New Roman" w:cs="Times New Roman"/>
          <w:lang w:eastAsia="hr-HR"/>
        </w:rPr>
        <w:t xml:space="preserve"> 81</w:t>
      </w:r>
    </w:p>
    <w:p w14:paraId="5AB1D584" w14:textId="77777777" w:rsidR="009A4E93" w:rsidRPr="00331C32" w:rsidRDefault="009A4E93" w:rsidP="009A4E93">
      <w:pPr>
        <w:suppressAutoHyphens/>
        <w:spacing w:after="0" w:line="252" w:lineRule="auto"/>
        <w:rPr>
          <w:rFonts w:ascii="Times New Roman" w:eastAsia="NSimSun" w:hAnsi="Times New Roman" w:cs="Times New Roman"/>
          <w:lang w:eastAsia="hr-HR"/>
        </w:rPr>
      </w:pPr>
      <w:r w:rsidRPr="00331C32">
        <w:rPr>
          <w:rFonts w:ascii="Times New Roman" w:eastAsia="NSimSun" w:hAnsi="Times New Roman" w:cs="Times New Roman"/>
          <w:lang w:eastAsia="hr-HR"/>
        </w:rPr>
        <w:t>21450 Hvar</w:t>
      </w:r>
    </w:p>
    <w:p w14:paraId="7359093C" w14:textId="77777777" w:rsidR="009A4E93" w:rsidRPr="00331C32" w:rsidRDefault="009A4E93" w:rsidP="009A4E93">
      <w:pPr>
        <w:suppressAutoHyphens/>
        <w:spacing w:after="0" w:line="252" w:lineRule="auto"/>
        <w:rPr>
          <w:rFonts w:ascii="Times New Roman" w:eastAsia="NSimSun" w:hAnsi="Times New Roman" w:cs="Times New Roman"/>
          <w:color w:val="222222"/>
          <w:lang w:eastAsia="hr-HR"/>
        </w:rPr>
      </w:pPr>
      <w:r w:rsidRPr="00331C32">
        <w:rPr>
          <w:rFonts w:ascii="Times New Roman" w:eastAsia="NSimSun" w:hAnsi="Times New Roman" w:cs="Times New Roman"/>
          <w:color w:val="222222"/>
          <w:lang w:eastAsia="hr-HR"/>
        </w:rPr>
        <w:t>OIB: 14921955279</w:t>
      </w:r>
    </w:p>
    <w:p w14:paraId="57FB49F5" w14:textId="77777777" w:rsidR="009A4E93" w:rsidRDefault="009A4E93" w:rsidP="009A4E93">
      <w:pPr>
        <w:rPr>
          <w:rFonts w:ascii="Times New Roman" w:eastAsia="NSimSun" w:hAnsi="Times New Roman" w:cs="Times New Roman"/>
          <w:color w:val="0000FF" w:themeColor="hyperlink"/>
          <w:u w:val="single"/>
          <w:lang w:eastAsia="hr-HR"/>
        </w:rPr>
      </w:pPr>
      <w:hyperlink r:id="rId8" w:history="1">
        <w:r w:rsidRPr="00096CE2">
          <w:rPr>
            <w:rStyle w:val="Hiperveza"/>
            <w:rFonts w:ascii="Times New Roman" w:eastAsia="NSimSun" w:hAnsi="Times New Roman" w:cs="Times New Roman"/>
            <w:lang w:eastAsia="hr-HR"/>
          </w:rPr>
          <w:t>ured@os-hvar.skole.hr</w:t>
        </w:r>
      </w:hyperlink>
    </w:p>
    <w:p w14:paraId="68EDA38F" w14:textId="77777777" w:rsidR="009A4E93" w:rsidRDefault="009A4E93" w:rsidP="009A4E93">
      <w:pPr>
        <w:jc w:val="center"/>
        <w:rPr>
          <w:rFonts w:ascii="Times New Roman" w:eastAsia="NSimSun" w:hAnsi="Times New Roman" w:cs="Times New Roman"/>
          <w:color w:val="0000FF" w:themeColor="hyperlink"/>
          <w:u w:val="single"/>
          <w:lang w:eastAsia="hr-HR"/>
        </w:rPr>
      </w:pPr>
    </w:p>
    <w:p w14:paraId="6F82DFBE" w14:textId="5E511DB5" w:rsidR="00751BE8" w:rsidRPr="009A4E93" w:rsidRDefault="00000000" w:rsidP="009A4E93">
      <w:pPr>
        <w:jc w:val="center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b/>
          <w:sz w:val="24"/>
          <w:szCs w:val="24"/>
        </w:rPr>
        <w:t>ZAHTJEV ZA UPIS U OSNOVNU ŠKOLU HVAR</w:t>
      </w:r>
    </w:p>
    <w:p w14:paraId="0ACE6DFE" w14:textId="77777777" w:rsidR="00751BE8" w:rsidRPr="009A4E93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Za prelazak učenika iz druge osnovne škole</w:t>
      </w:r>
    </w:p>
    <w:p w14:paraId="2C5E72EE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Poštovani,</w:t>
      </w:r>
    </w:p>
    <w:p w14:paraId="3E6BDD24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 xml:space="preserve">Molim da se moje dijete </w:t>
      </w:r>
      <w:r w:rsidRPr="009A4E9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</w:t>
      </w:r>
    </w:p>
    <w:p w14:paraId="4B0F8F43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(ime i prezime učenika)</w:t>
      </w:r>
    </w:p>
    <w:p w14:paraId="2EF7C75F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koje trenutačno pohađa ______ razred Osnovne škole __________________________________, upiše u ______ razred Osnovne škole Hvar u školskoj godini ______ / ______.</w:t>
      </w:r>
    </w:p>
    <w:p w14:paraId="72A84CAB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Zahtjev podnosim zbog __________________________________________________________</w:t>
      </w:r>
    </w:p>
    <w:p w14:paraId="3D922F10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____________________________________________________________________________.</w:t>
      </w:r>
    </w:p>
    <w:p w14:paraId="2C2444DE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Trenutačno prijavljeno prebivalište učenika: __________________________________________</w:t>
      </w:r>
    </w:p>
    <w:p w14:paraId="0672BA24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Adresa stanovanja u Hvaru: _____________________________________________________</w:t>
      </w:r>
    </w:p>
    <w:p w14:paraId="7A5BA11C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Molim da Učiteljsko vijeće Osnovne škole Hvar razmotri ovaj zahtjev i donese odluku o prelasku učenika te da me Škola obavijesti o odluci.</w:t>
      </w:r>
    </w:p>
    <w:p w14:paraId="2840AB8E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b/>
          <w:sz w:val="24"/>
          <w:szCs w:val="24"/>
        </w:rPr>
        <w:t>Podatci o podnositelju zahtjeva</w:t>
      </w:r>
    </w:p>
    <w:p w14:paraId="54022E24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Ime i prezime roditelja / skrbnika: __________________________________________________</w:t>
      </w:r>
    </w:p>
    <w:p w14:paraId="72B106D2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Kontaktni telefon ili e-adresa: _____________________________________________________</w:t>
      </w:r>
    </w:p>
    <w:p w14:paraId="0C5FAE23" w14:textId="77777777" w:rsidR="00751BE8" w:rsidRPr="009A4E93" w:rsidRDefault="00000000">
      <w:pPr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U ____________________, dana ____________________</w:t>
      </w:r>
    </w:p>
    <w:p w14:paraId="712977FA" w14:textId="77777777" w:rsidR="009A4E93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9A4E9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65137F27" w14:textId="5D9AE467" w:rsidR="009A4E93" w:rsidRDefault="009A4E93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A4E93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9A4E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93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Pr="009A4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A4E93">
        <w:rPr>
          <w:rFonts w:ascii="Times New Roman" w:hAnsi="Times New Roman" w:cs="Times New Roman"/>
          <w:sz w:val="24"/>
          <w:szCs w:val="24"/>
        </w:rPr>
        <w:t>skrbnika</w:t>
      </w:r>
      <w:proofErr w:type="spellEnd"/>
    </w:p>
    <w:p w14:paraId="4DA83454" w14:textId="43951776" w:rsidR="00751BE8" w:rsidRPr="009A4E93" w:rsidRDefault="009A4E9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00000" w:rsidRPr="009A4E93">
        <w:rPr>
          <w:rFonts w:ascii="Times New Roman" w:hAnsi="Times New Roman" w:cs="Times New Roman"/>
          <w:sz w:val="24"/>
          <w:szCs w:val="24"/>
        </w:rPr>
        <w:br/>
        <w:t>Potpis roditelja / skrbnika</w:t>
      </w:r>
    </w:p>
    <w:p w14:paraId="3AE76A95" w14:textId="77777777" w:rsidR="009A4E93" w:rsidRDefault="009A4E93">
      <w:pPr>
        <w:rPr>
          <w:rFonts w:ascii="Times New Roman" w:hAnsi="Times New Roman" w:cs="Times New Roman"/>
          <w:i/>
          <w:sz w:val="24"/>
          <w:szCs w:val="24"/>
        </w:rPr>
      </w:pPr>
    </w:p>
    <w:p w14:paraId="085266E5" w14:textId="629E21EA" w:rsidR="009A4E93" w:rsidRPr="009A4E93" w:rsidRDefault="00000000">
      <w:pPr>
        <w:rPr>
          <w:rFonts w:ascii="Times New Roman" w:hAnsi="Times New Roman" w:cs="Times New Roman"/>
          <w:i/>
          <w:sz w:val="24"/>
          <w:szCs w:val="24"/>
        </w:rPr>
      </w:pPr>
      <w:r w:rsidRPr="009A4E93">
        <w:rPr>
          <w:rFonts w:ascii="Times New Roman" w:hAnsi="Times New Roman" w:cs="Times New Roman"/>
          <w:i/>
          <w:sz w:val="24"/>
          <w:szCs w:val="24"/>
        </w:rPr>
        <w:t xml:space="preserve">Za </w:t>
      </w:r>
      <w:proofErr w:type="spellStart"/>
      <w:r w:rsidRPr="009A4E93">
        <w:rPr>
          <w:rFonts w:ascii="Times New Roman" w:hAnsi="Times New Roman" w:cs="Times New Roman"/>
          <w:i/>
          <w:sz w:val="24"/>
          <w:szCs w:val="24"/>
        </w:rPr>
        <w:t>službenu</w:t>
      </w:r>
      <w:proofErr w:type="spellEnd"/>
      <w:r w:rsidRPr="009A4E9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A4E93">
        <w:rPr>
          <w:rFonts w:ascii="Times New Roman" w:hAnsi="Times New Roman" w:cs="Times New Roman"/>
          <w:i/>
          <w:sz w:val="24"/>
          <w:szCs w:val="24"/>
        </w:rPr>
        <w:t>uporabu</w:t>
      </w:r>
      <w:proofErr w:type="spellEnd"/>
      <w:r w:rsidRPr="009A4E93">
        <w:rPr>
          <w:rFonts w:ascii="Times New Roman" w:hAnsi="Times New Roman" w:cs="Times New Roman"/>
          <w:i/>
          <w:sz w:val="24"/>
          <w:szCs w:val="24"/>
        </w:rPr>
        <w:t xml:space="preserve">: Datum </w:t>
      </w:r>
      <w:proofErr w:type="spellStart"/>
      <w:r w:rsidRPr="009A4E93">
        <w:rPr>
          <w:rFonts w:ascii="Times New Roman" w:hAnsi="Times New Roman" w:cs="Times New Roman"/>
          <w:i/>
          <w:sz w:val="24"/>
          <w:szCs w:val="24"/>
        </w:rPr>
        <w:t>zaprimanja</w:t>
      </w:r>
      <w:proofErr w:type="spellEnd"/>
      <w:r w:rsidRPr="009A4E9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A4E93">
        <w:rPr>
          <w:rFonts w:ascii="Times New Roman" w:hAnsi="Times New Roman" w:cs="Times New Roman"/>
          <w:i/>
          <w:sz w:val="24"/>
          <w:szCs w:val="24"/>
        </w:rPr>
        <w:t>zahtjeva</w:t>
      </w:r>
      <w:proofErr w:type="spellEnd"/>
      <w:r w:rsidRPr="009A4E93">
        <w:rPr>
          <w:rFonts w:ascii="Times New Roman" w:hAnsi="Times New Roman" w:cs="Times New Roman"/>
          <w:i/>
          <w:sz w:val="24"/>
          <w:szCs w:val="24"/>
        </w:rPr>
        <w:t xml:space="preserve"> _______________</w:t>
      </w:r>
    </w:p>
    <w:sectPr w:rsidR="009A4E93" w:rsidRPr="009A4E93" w:rsidSect="00034616">
      <w:headerReference w:type="default" r:id="rId9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14CC8" w14:textId="77777777" w:rsidR="00D4094D" w:rsidRDefault="00D4094D" w:rsidP="009A4E93">
      <w:pPr>
        <w:spacing w:after="0" w:line="240" w:lineRule="auto"/>
      </w:pPr>
      <w:r>
        <w:separator/>
      </w:r>
    </w:p>
  </w:endnote>
  <w:endnote w:type="continuationSeparator" w:id="0">
    <w:p w14:paraId="7F503EAD" w14:textId="77777777" w:rsidR="00D4094D" w:rsidRDefault="00D4094D" w:rsidP="009A4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default"/>
    <w:sig w:usb0="E0000AFF" w:usb1="500078FF" w:usb2="00000021" w:usb3="00000000" w:csb0="6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3BB1F" w14:textId="77777777" w:rsidR="00D4094D" w:rsidRDefault="00D4094D" w:rsidP="009A4E93">
      <w:pPr>
        <w:spacing w:after="0" w:line="240" w:lineRule="auto"/>
      </w:pPr>
      <w:r>
        <w:separator/>
      </w:r>
    </w:p>
  </w:footnote>
  <w:footnote w:type="continuationSeparator" w:id="0">
    <w:p w14:paraId="44CEAF21" w14:textId="77777777" w:rsidR="00D4094D" w:rsidRDefault="00D4094D" w:rsidP="009A4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9A61" w14:textId="47A2FD8A" w:rsidR="009A4E93" w:rsidRDefault="009A4E93">
    <w:pPr>
      <w:pStyle w:val="Zaglavlje"/>
    </w:pPr>
    <w:r w:rsidRPr="00331C32">
      <w:rPr>
        <w:rFonts w:ascii="Liberation Serif" w:eastAsia="NSimSun" w:hAnsi="Liberation Serif" w:cs="Arial"/>
        <w:noProof/>
        <w:lang w:eastAsia="hr-HR"/>
      </w:rPr>
      <w:drawing>
        <wp:inline distT="0" distB="0" distL="0" distR="0" wp14:anchorId="52E57DC9" wp14:editId="59CBA3E2">
          <wp:extent cx="1081548" cy="762000"/>
          <wp:effectExtent l="0" t="0" r="4445" b="0"/>
          <wp:docPr id="22826301" name="Picture 1" descr="A logo with a sun and a book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a sun and a book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96" cy="762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6115198">
    <w:abstractNumId w:val="8"/>
  </w:num>
  <w:num w:numId="2" w16cid:durableId="2053839869">
    <w:abstractNumId w:val="6"/>
  </w:num>
  <w:num w:numId="3" w16cid:durableId="1363435190">
    <w:abstractNumId w:val="5"/>
  </w:num>
  <w:num w:numId="4" w16cid:durableId="210658291">
    <w:abstractNumId w:val="4"/>
  </w:num>
  <w:num w:numId="5" w16cid:durableId="1279215625">
    <w:abstractNumId w:val="7"/>
  </w:num>
  <w:num w:numId="6" w16cid:durableId="31225121">
    <w:abstractNumId w:val="3"/>
  </w:num>
  <w:num w:numId="7" w16cid:durableId="423647010">
    <w:abstractNumId w:val="2"/>
  </w:num>
  <w:num w:numId="8" w16cid:durableId="24798410">
    <w:abstractNumId w:val="1"/>
  </w:num>
  <w:num w:numId="9" w16cid:durableId="1722900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1BE8"/>
    <w:rsid w:val="009A4E93"/>
    <w:rsid w:val="00AA1D8D"/>
    <w:rsid w:val="00B47730"/>
    <w:rsid w:val="00CB0664"/>
    <w:rsid w:val="00D4094D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11F7B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9A4E9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4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hvar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2026-09-23T06:50:00Z</dcterms:created>
  <dcterms:modified xsi:type="dcterms:W3CDTF">2026-09-23T06:50:00Z</dcterms:modified>
  <cp:category/>
</cp:coreProperties>
</file>