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82B6E" w14:textId="38E219FA" w:rsidR="00785686" w:rsidRDefault="00F87431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31C32">
        <w:rPr>
          <w:rFonts w:ascii="Liberation Serif" w:eastAsia="NSimSun" w:hAnsi="Liberation Serif" w:cs="Arial"/>
          <w:noProof/>
          <w:lang w:eastAsia="hr-HR"/>
        </w:rPr>
        <w:drawing>
          <wp:inline distT="0" distB="0" distL="0" distR="0" wp14:anchorId="03050D37" wp14:editId="73D8B5FE">
            <wp:extent cx="1257300" cy="885825"/>
            <wp:effectExtent l="0" t="0" r="0" b="9525"/>
            <wp:docPr id="22826301" name="Picture 1" descr="A logo with a sun and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with a sun and a boo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22D9B" w14:textId="77777777" w:rsidR="00F87431" w:rsidRPr="00F87431" w:rsidRDefault="00F87431" w:rsidP="00F87431">
      <w:pPr>
        <w:suppressAutoHyphens/>
        <w:spacing w:after="0"/>
        <w:rPr>
          <w:rFonts w:ascii="Times New Roman" w:eastAsia="NSimSun" w:hAnsi="Times New Roman" w:cs="Times New Roman"/>
          <w:sz w:val="22"/>
          <w:lang w:eastAsia="hr-HR"/>
        </w:rPr>
      </w:pPr>
      <w:proofErr w:type="spellStart"/>
      <w:r w:rsidRPr="00F87431">
        <w:rPr>
          <w:rFonts w:ascii="Times New Roman" w:eastAsia="NSimSun" w:hAnsi="Times New Roman" w:cs="Times New Roman"/>
          <w:sz w:val="22"/>
          <w:lang w:eastAsia="hr-HR"/>
        </w:rPr>
        <w:t>Osnovna</w:t>
      </w:r>
      <w:proofErr w:type="spellEnd"/>
      <w:r w:rsidRPr="00F87431">
        <w:rPr>
          <w:rFonts w:ascii="Times New Roman" w:eastAsia="NSimSun" w:hAnsi="Times New Roman" w:cs="Times New Roman"/>
          <w:sz w:val="22"/>
          <w:lang w:eastAsia="hr-HR"/>
        </w:rPr>
        <w:t xml:space="preserve"> </w:t>
      </w:r>
      <w:proofErr w:type="spellStart"/>
      <w:r w:rsidRPr="00F87431">
        <w:rPr>
          <w:rFonts w:ascii="Times New Roman" w:eastAsia="NSimSun" w:hAnsi="Times New Roman" w:cs="Times New Roman"/>
          <w:sz w:val="22"/>
          <w:lang w:eastAsia="hr-HR"/>
        </w:rPr>
        <w:t>škola</w:t>
      </w:r>
      <w:proofErr w:type="spellEnd"/>
      <w:r w:rsidRPr="00F87431">
        <w:rPr>
          <w:rFonts w:ascii="Times New Roman" w:eastAsia="NSimSun" w:hAnsi="Times New Roman" w:cs="Times New Roman"/>
          <w:sz w:val="22"/>
          <w:lang w:eastAsia="hr-HR"/>
        </w:rPr>
        <w:t xml:space="preserve"> Hvar</w:t>
      </w:r>
    </w:p>
    <w:p w14:paraId="37FC3FF7" w14:textId="77777777" w:rsidR="00F87431" w:rsidRPr="00F87431" w:rsidRDefault="00F87431" w:rsidP="00F87431">
      <w:pPr>
        <w:suppressAutoHyphens/>
        <w:spacing w:after="0"/>
        <w:rPr>
          <w:rFonts w:ascii="Times New Roman" w:eastAsia="NSimSun" w:hAnsi="Times New Roman" w:cs="Times New Roman"/>
          <w:sz w:val="22"/>
          <w:lang w:eastAsia="hr-HR"/>
        </w:rPr>
      </w:pPr>
      <w:proofErr w:type="spellStart"/>
      <w:r w:rsidRPr="00F87431">
        <w:rPr>
          <w:rFonts w:ascii="Times New Roman" w:eastAsia="NSimSun" w:hAnsi="Times New Roman" w:cs="Times New Roman"/>
          <w:sz w:val="22"/>
          <w:lang w:eastAsia="hr-HR"/>
        </w:rPr>
        <w:t>Ulica</w:t>
      </w:r>
      <w:proofErr w:type="spellEnd"/>
      <w:r w:rsidRPr="00F87431">
        <w:rPr>
          <w:rFonts w:ascii="Times New Roman" w:eastAsia="NSimSun" w:hAnsi="Times New Roman" w:cs="Times New Roman"/>
          <w:sz w:val="22"/>
          <w:lang w:eastAsia="hr-HR"/>
        </w:rPr>
        <w:t xml:space="preserve"> </w:t>
      </w:r>
      <w:proofErr w:type="spellStart"/>
      <w:r w:rsidRPr="00F87431">
        <w:rPr>
          <w:rFonts w:ascii="Times New Roman" w:eastAsia="NSimSun" w:hAnsi="Times New Roman" w:cs="Times New Roman"/>
          <w:sz w:val="22"/>
          <w:lang w:eastAsia="hr-HR"/>
        </w:rPr>
        <w:t>kroz</w:t>
      </w:r>
      <w:proofErr w:type="spellEnd"/>
      <w:r w:rsidRPr="00F87431">
        <w:rPr>
          <w:rFonts w:ascii="Times New Roman" w:eastAsia="NSimSun" w:hAnsi="Times New Roman" w:cs="Times New Roman"/>
          <w:sz w:val="22"/>
          <w:lang w:eastAsia="hr-HR"/>
        </w:rPr>
        <w:t xml:space="preserve"> </w:t>
      </w:r>
      <w:proofErr w:type="spellStart"/>
      <w:r w:rsidRPr="00F87431">
        <w:rPr>
          <w:rFonts w:ascii="Times New Roman" w:eastAsia="NSimSun" w:hAnsi="Times New Roman" w:cs="Times New Roman"/>
          <w:sz w:val="22"/>
          <w:lang w:eastAsia="hr-HR"/>
        </w:rPr>
        <w:t>Burak</w:t>
      </w:r>
      <w:proofErr w:type="spellEnd"/>
      <w:r w:rsidRPr="00F87431">
        <w:rPr>
          <w:rFonts w:ascii="Times New Roman" w:eastAsia="NSimSun" w:hAnsi="Times New Roman" w:cs="Times New Roman"/>
          <w:sz w:val="22"/>
          <w:lang w:eastAsia="hr-HR"/>
        </w:rPr>
        <w:t xml:space="preserve"> 81</w:t>
      </w:r>
    </w:p>
    <w:p w14:paraId="632ECA75" w14:textId="77777777" w:rsidR="00F87431" w:rsidRPr="00F87431" w:rsidRDefault="00F87431" w:rsidP="00F87431">
      <w:pPr>
        <w:suppressAutoHyphens/>
        <w:spacing w:after="0" w:line="252" w:lineRule="auto"/>
        <w:rPr>
          <w:rFonts w:ascii="Times New Roman" w:eastAsia="NSimSun" w:hAnsi="Times New Roman" w:cs="Times New Roman"/>
          <w:sz w:val="22"/>
          <w:lang w:eastAsia="hr-HR"/>
        </w:rPr>
      </w:pPr>
      <w:r w:rsidRPr="00F87431">
        <w:rPr>
          <w:rFonts w:ascii="Times New Roman" w:eastAsia="NSimSun" w:hAnsi="Times New Roman" w:cs="Times New Roman"/>
          <w:sz w:val="22"/>
          <w:lang w:eastAsia="hr-HR"/>
        </w:rPr>
        <w:t>21450 Hvar</w:t>
      </w:r>
    </w:p>
    <w:p w14:paraId="1519E1A5" w14:textId="77777777" w:rsidR="00F87431" w:rsidRPr="00F87431" w:rsidRDefault="00F87431" w:rsidP="00F87431">
      <w:pPr>
        <w:suppressAutoHyphens/>
        <w:spacing w:after="0" w:line="252" w:lineRule="auto"/>
        <w:rPr>
          <w:rFonts w:ascii="Times New Roman" w:eastAsia="NSimSun" w:hAnsi="Times New Roman" w:cs="Times New Roman"/>
          <w:color w:val="222222"/>
          <w:sz w:val="22"/>
          <w:lang w:eastAsia="hr-HR"/>
        </w:rPr>
      </w:pPr>
      <w:r w:rsidRPr="00F87431">
        <w:rPr>
          <w:rFonts w:ascii="Times New Roman" w:eastAsia="NSimSun" w:hAnsi="Times New Roman" w:cs="Times New Roman"/>
          <w:color w:val="222222"/>
          <w:sz w:val="22"/>
          <w:lang w:eastAsia="hr-HR"/>
        </w:rPr>
        <w:t>OIB: 14921955279</w:t>
      </w:r>
    </w:p>
    <w:p w14:paraId="66CE716C" w14:textId="1CF22314" w:rsidR="00F87431" w:rsidRPr="00F87431" w:rsidRDefault="00F87431" w:rsidP="00F87431">
      <w:pPr>
        <w:spacing w:after="240"/>
        <w:rPr>
          <w:rFonts w:ascii="Times New Roman" w:hAnsi="Times New Roman" w:cs="Times New Roman"/>
          <w:sz w:val="22"/>
        </w:rPr>
      </w:pPr>
      <w:hyperlink r:id="rId7" w:history="1">
        <w:r w:rsidRPr="00F87431">
          <w:rPr>
            <w:rFonts w:ascii="Times New Roman" w:eastAsia="NSimSun" w:hAnsi="Times New Roman" w:cs="Times New Roman"/>
            <w:color w:val="0000FF" w:themeColor="hyperlink"/>
            <w:sz w:val="22"/>
            <w:u w:val="single"/>
            <w:lang w:eastAsia="hr-HR"/>
          </w:rPr>
          <w:t>ured@os-hvar.skole.hr</w:t>
        </w:r>
      </w:hyperlink>
    </w:p>
    <w:p w14:paraId="00971267" w14:textId="77777777" w:rsidR="00785686" w:rsidRPr="00F8743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b/>
          <w:color w:val="12415E"/>
          <w:sz w:val="24"/>
          <w:szCs w:val="24"/>
        </w:rPr>
        <w:t>UPISNICA U OSNOVNU ŠKOLU</w:t>
      </w:r>
    </w:p>
    <w:p w14:paraId="3EA99B10" w14:textId="77777777" w:rsidR="00785686" w:rsidRPr="00F87431" w:rsidRDefault="0000000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sz w:val="24"/>
          <w:szCs w:val="24"/>
        </w:rPr>
        <w:t>Upis u ________ razred, školska godina __________ / __________</w:t>
      </w:r>
    </w:p>
    <w:p w14:paraId="0BAE7DA6" w14:textId="77777777" w:rsidR="00785686" w:rsidRPr="00F87431" w:rsidRDefault="00000000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b/>
          <w:color w:val="12415E"/>
          <w:sz w:val="24"/>
          <w:szCs w:val="24"/>
        </w:rPr>
        <w:t>PODATCI O UČENIKU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785686" w:rsidRPr="00F87431" w14:paraId="5317A81B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016F729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Ime i prezime učenika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4C14C007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7641402D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D98EC4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OIB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7EAE0D4D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06627522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047EC45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Datum rođenja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23FD887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14F13BBD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0A3454C6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Mjesto i država rođenja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14A4E4FB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3EA2795A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058D913D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Državljanstvo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30980E4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71ED1C78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A165951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Nacionalnost (ako se navodi)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466D80A5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73B4F5C4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306A2254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Adresa prebivališta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72B3B85E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422CEB16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004557B8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Adresa boravišta (ako je različita)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7F42D687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6C2C8683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50437E63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Škola i razred koji je učenik prethodno završio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48547C2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3314A54" w14:textId="77777777" w:rsidR="00785686" w:rsidRPr="00F87431" w:rsidRDefault="007856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FD1A03" w14:textId="77777777" w:rsidR="00785686" w:rsidRPr="00F87431" w:rsidRDefault="00000000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b/>
          <w:color w:val="12415E"/>
          <w:sz w:val="24"/>
          <w:szCs w:val="24"/>
        </w:rPr>
        <w:t>PODATCI O RODITELJIMA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785686" w:rsidRPr="00F87431" w14:paraId="1FBECF32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CDB9FF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Ime i prezime majke (djevojačko prezime)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0956E8D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3EAED556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61F7EF0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Ime i prezime oca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3155ABD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194E9D33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543B29D8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Adresa roditelja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7CC128FE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4CB816B0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7F169FE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Telefon majke / telefon oca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037C2585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51457C1C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D4B40B1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radnom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mjestu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majke / oca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5AFDAF93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40BFD640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1B7129D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majke</w:t>
            </w:r>
            <w:proofErr w:type="spellEnd"/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oca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17520613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A8B3CCE" w14:textId="77777777" w:rsidR="00785686" w:rsidRPr="00F87431" w:rsidRDefault="007856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85F5C" w14:textId="77777777" w:rsidR="00785686" w:rsidRPr="00F87431" w:rsidRDefault="00000000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b/>
          <w:color w:val="12415E"/>
          <w:sz w:val="24"/>
          <w:szCs w:val="24"/>
        </w:rPr>
        <w:t>PODATCI O SKRBNIKU (AKO JE PRIMJENJIVO)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785686" w:rsidRPr="00F87431" w14:paraId="1F41F601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585F32E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Ime i prezime i zanimanje skrbnika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57317428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5D97C038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087452D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Adresa i broj telefona skrbnika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075ADC2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49C91065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21B60EE5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Osoba koja se brine o učeniku ako to nisu roditelji ili skrbnik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606625E8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186C7BC" w14:textId="77777777" w:rsidR="00785686" w:rsidRPr="00F87431" w:rsidRDefault="007856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9575A" w14:textId="77777777" w:rsidR="00785686" w:rsidRPr="00F87431" w:rsidRDefault="00000000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b/>
          <w:color w:val="12415E"/>
          <w:sz w:val="24"/>
          <w:szCs w:val="24"/>
        </w:rPr>
        <w:t>PRETHODNO OBRAZOVANJE I IZBORNI PREDMETI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3572"/>
        <w:gridCol w:w="5726"/>
      </w:tblGrid>
      <w:tr w:rsidR="00785686" w:rsidRPr="00F87431" w14:paraId="48762A1D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D8912A6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Programi koje je učenik prethodno pohađao i gdje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0E9D6D48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1B31B190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783A74E5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Strani jezici koje je prethodno učio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75A377A3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7E8EC051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5C7592D7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Strani jezici koje želi učiti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58F1E6B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606A002F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4574CE46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Izborni predmeti (navesti odabrane)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2D1A2E2B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85686" w:rsidRPr="00F87431" w14:paraId="0D941F76" w14:textId="77777777">
        <w:tc>
          <w:tcPr>
            <w:tcW w:w="3572" w:type="dxa"/>
            <w:tcMar>
              <w:top w:w="65" w:type="dxa"/>
              <w:bottom w:w="65" w:type="dxa"/>
            </w:tcMar>
            <w:vAlign w:val="center"/>
          </w:tcPr>
          <w:p w14:paraId="5D95FFBC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b/>
                <w:sz w:val="24"/>
                <w:szCs w:val="24"/>
              </w:rPr>
              <w:t>Posebni podatci važni za upis (prema potrebi)</w:t>
            </w:r>
          </w:p>
        </w:tc>
        <w:tc>
          <w:tcPr>
            <w:tcW w:w="5726" w:type="dxa"/>
            <w:tcMar>
              <w:top w:w="65" w:type="dxa"/>
              <w:bottom w:w="65" w:type="dxa"/>
            </w:tcMar>
          </w:tcPr>
          <w:p w14:paraId="5E80C861" w14:textId="77777777" w:rsidR="00785686" w:rsidRPr="00F87431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4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DFB85D7" w14:textId="77777777" w:rsidR="00785686" w:rsidRPr="00F87431" w:rsidRDefault="00000000">
      <w:pPr>
        <w:spacing w:before="160"/>
        <w:rPr>
          <w:rFonts w:ascii="Times New Roman" w:hAnsi="Times New Roman" w:cs="Times New Roman"/>
          <w:sz w:val="24"/>
          <w:szCs w:val="24"/>
        </w:rPr>
      </w:pPr>
      <w:proofErr w:type="spellStart"/>
      <w:r w:rsidRPr="00F87431">
        <w:rPr>
          <w:rFonts w:ascii="Times New Roman" w:hAnsi="Times New Roman" w:cs="Times New Roman"/>
          <w:sz w:val="24"/>
          <w:szCs w:val="24"/>
        </w:rPr>
        <w:t>Izjavljujem</w:t>
      </w:r>
      <w:proofErr w:type="spellEnd"/>
      <w:r w:rsidRPr="00F8743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8743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874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431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Pr="00F87431">
        <w:rPr>
          <w:rFonts w:ascii="Times New Roman" w:hAnsi="Times New Roman" w:cs="Times New Roman"/>
          <w:sz w:val="24"/>
          <w:szCs w:val="24"/>
        </w:rPr>
        <w:t xml:space="preserve"> podatci točni.</w:t>
      </w:r>
    </w:p>
    <w:p w14:paraId="554A4A24" w14:textId="77777777" w:rsidR="00785686" w:rsidRPr="00F87431" w:rsidRDefault="00000000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sz w:val="24"/>
          <w:szCs w:val="24"/>
        </w:rPr>
        <w:t>U Hvaru, ____________________</w:t>
      </w:r>
    </w:p>
    <w:p w14:paraId="1E0B3A65" w14:textId="77777777" w:rsidR="00785686" w:rsidRPr="00F87431" w:rsidRDefault="00000000">
      <w:pPr>
        <w:rPr>
          <w:rFonts w:ascii="Times New Roman" w:hAnsi="Times New Roman" w:cs="Times New Roman"/>
          <w:sz w:val="24"/>
          <w:szCs w:val="24"/>
        </w:rPr>
      </w:pPr>
      <w:r w:rsidRPr="00F87431">
        <w:rPr>
          <w:rFonts w:ascii="Times New Roman" w:hAnsi="Times New Roman" w:cs="Times New Roman"/>
          <w:sz w:val="24"/>
          <w:szCs w:val="24"/>
        </w:rPr>
        <w:t>Potpis roditelja / skrbnika: __________________________________________</w:t>
      </w:r>
    </w:p>
    <w:p w14:paraId="3FB88736" w14:textId="3D28C2C9" w:rsidR="00785686" w:rsidRPr="00F87431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7431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F874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431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F8743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F87431">
        <w:rPr>
          <w:rFonts w:ascii="Times New Roman" w:hAnsi="Times New Roman" w:cs="Times New Roman"/>
          <w:sz w:val="24"/>
          <w:szCs w:val="24"/>
        </w:rPr>
        <w:t>skrbnika</w:t>
      </w:r>
      <w:proofErr w:type="spellEnd"/>
      <w:r w:rsidR="00F87431">
        <w:rPr>
          <w:rFonts w:ascii="Times New Roman" w:hAnsi="Times New Roman" w:cs="Times New Roman"/>
          <w:sz w:val="24"/>
          <w:szCs w:val="24"/>
        </w:rPr>
        <w:t>:</w:t>
      </w:r>
      <w:r w:rsidRPr="00F87431">
        <w:rPr>
          <w:rFonts w:ascii="Times New Roman" w:hAnsi="Times New Roman" w:cs="Times New Roman"/>
          <w:sz w:val="24"/>
          <w:szCs w:val="24"/>
        </w:rPr>
        <w:t>______________________________</w:t>
      </w:r>
      <w:r w:rsidR="00FD10D8">
        <w:rPr>
          <w:rFonts w:ascii="Times New Roman" w:hAnsi="Times New Roman" w:cs="Times New Roman"/>
          <w:sz w:val="24"/>
          <w:szCs w:val="24"/>
        </w:rPr>
        <w:t>______</w:t>
      </w:r>
    </w:p>
    <w:sectPr w:rsidR="00785686" w:rsidRPr="00F87431" w:rsidSect="00034616">
      <w:pgSz w:w="12240" w:h="15840"/>
      <w:pgMar w:top="9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981068">
    <w:abstractNumId w:val="8"/>
  </w:num>
  <w:num w:numId="2" w16cid:durableId="2033263079">
    <w:abstractNumId w:val="6"/>
  </w:num>
  <w:num w:numId="3" w16cid:durableId="1087460966">
    <w:abstractNumId w:val="5"/>
  </w:num>
  <w:num w:numId="4" w16cid:durableId="1104574313">
    <w:abstractNumId w:val="4"/>
  </w:num>
  <w:num w:numId="5" w16cid:durableId="710763066">
    <w:abstractNumId w:val="7"/>
  </w:num>
  <w:num w:numId="6" w16cid:durableId="698287480">
    <w:abstractNumId w:val="3"/>
  </w:num>
  <w:num w:numId="7" w16cid:durableId="83036682">
    <w:abstractNumId w:val="2"/>
  </w:num>
  <w:num w:numId="8" w16cid:durableId="934675793">
    <w:abstractNumId w:val="1"/>
  </w:num>
  <w:num w:numId="9" w16cid:durableId="191293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5686"/>
    <w:rsid w:val="00AA1D8D"/>
    <w:rsid w:val="00B47730"/>
    <w:rsid w:val="00CB0664"/>
    <w:rsid w:val="00F87431"/>
    <w:rsid w:val="00FC693F"/>
    <w:rsid w:val="00FD10D8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0DEC2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3313F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red@os-hvar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2026-09-23T06:53:00Z</dcterms:modified>
  <cp:category/>
</cp:coreProperties>
</file>