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1893" w14:textId="77777777" w:rsidR="0093541B" w:rsidRDefault="0093541B" w:rsidP="0093541B">
      <w:pPr>
        <w:spacing w:before="240" w:after="380" w:line="480" w:lineRule="auto"/>
        <w:rPr>
          <w:b/>
          <w:sz w:val="26"/>
        </w:rPr>
      </w:pPr>
    </w:p>
    <w:p w14:paraId="03C4928B" w14:textId="2427DD43" w:rsidR="00D84BCA" w:rsidRDefault="00000000" w:rsidP="0093541B">
      <w:pPr>
        <w:spacing w:before="240" w:after="380" w:line="480" w:lineRule="auto"/>
        <w:jc w:val="center"/>
      </w:pPr>
      <w:r>
        <w:rPr>
          <w:b/>
          <w:sz w:val="26"/>
        </w:rPr>
        <w:t>ZAHTJEV ZA UPIS IZBORNOG PREDMETA</w:t>
      </w:r>
    </w:p>
    <w:p w14:paraId="2736A0CF" w14:textId="77777777" w:rsidR="00D84BCA" w:rsidRDefault="00000000" w:rsidP="0093541B">
      <w:pPr>
        <w:spacing w:line="480" w:lineRule="auto"/>
      </w:pPr>
      <w:r>
        <w:t>Ime i prezime roditelja/skrbnika: ________________________________________________</w:t>
      </w:r>
    </w:p>
    <w:p w14:paraId="75C3F585" w14:textId="77777777" w:rsidR="00D84BCA" w:rsidRDefault="00000000" w:rsidP="0093541B">
      <w:pPr>
        <w:spacing w:line="480" w:lineRule="auto"/>
      </w:pPr>
      <w:r>
        <w:t>Adresa: ________________________________________________</w:t>
      </w:r>
    </w:p>
    <w:p w14:paraId="79AEE4BA" w14:textId="77777777" w:rsidR="00D84BCA" w:rsidRDefault="00000000" w:rsidP="0093541B">
      <w:pPr>
        <w:spacing w:line="480" w:lineRule="auto"/>
      </w:pPr>
      <w:r>
        <w:t>Telefon/mobitel: ________________________________________________</w:t>
      </w:r>
    </w:p>
    <w:p w14:paraId="4589A5B0" w14:textId="77777777" w:rsidR="00D84BCA" w:rsidRDefault="00000000" w:rsidP="0093541B">
      <w:pPr>
        <w:spacing w:line="480" w:lineRule="auto"/>
      </w:pPr>
      <w:r>
        <w:t>Molim da se mojem djetetu __________________________________________,</w:t>
      </w:r>
    </w:p>
    <w:p w14:paraId="4CA61CFD" w14:textId="77777777" w:rsidR="00D84BCA" w:rsidRDefault="00000000" w:rsidP="0093541B">
      <w:pPr>
        <w:spacing w:line="480" w:lineRule="auto"/>
      </w:pPr>
      <w:r>
        <w:t>učeniku/ci __________ razreda, rođenom __________________________ u __________________________, odobri upis izbornog predmeta:</w:t>
      </w:r>
    </w:p>
    <w:p w14:paraId="1BB2FDC3" w14:textId="77777777" w:rsidR="00D84BCA" w:rsidRDefault="00000000" w:rsidP="0093541B">
      <w:pPr>
        <w:spacing w:line="480" w:lineRule="auto"/>
      </w:pPr>
      <w:r>
        <w:t>__________________________________________________________________</w:t>
      </w:r>
    </w:p>
    <w:p w14:paraId="3CBDF23D" w14:textId="77777777" w:rsidR="00D84BCA" w:rsidRDefault="00000000" w:rsidP="0093541B">
      <w:pPr>
        <w:spacing w:line="480" w:lineRule="auto"/>
      </w:pPr>
      <w:r>
        <w:t>Školska godina: ________________________________________________</w:t>
      </w:r>
    </w:p>
    <w:p w14:paraId="5E02E42D" w14:textId="77777777" w:rsidR="00D84BCA" w:rsidRDefault="00000000" w:rsidP="0093541B">
      <w:pPr>
        <w:spacing w:line="480" w:lineRule="auto"/>
      </w:pPr>
      <w:r>
        <w:t>U Hvaru, __________________________</w:t>
      </w:r>
    </w:p>
    <w:p w14:paraId="2FF88045" w14:textId="77777777" w:rsidR="00D84BCA" w:rsidRDefault="00000000" w:rsidP="0093541B">
      <w:pPr>
        <w:spacing w:line="480" w:lineRule="auto"/>
        <w:jc w:val="right"/>
      </w:pPr>
      <w:r>
        <w:br/>
        <w:t>______________________________</w:t>
      </w:r>
    </w:p>
    <w:p w14:paraId="6B5D9C73" w14:textId="77777777" w:rsidR="00D84BCA" w:rsidRDefault="00000000" w:rsidP="0093541B">
      <w:pPr>
        <w:spacing w:line="480" w:lineRule="auto"/>
        <w:jc w:val="right"/>
      </w:pPr>
      <w:r>
        <w:t>Potpis roditelja/skrbnika</w:t>
      </w:r>
    </w:p>
    <w:sectPr w:rsidR="00D84BCA" w:rsidSect="00034616">
      <w:headerReference w:type="default" r:id="rId8"/>
      <w:footerReference w:type="default" r:id="rId9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A1E8" w14:textId="77777777" w:rsidR="00FE7C3B" w:rsidRDefault="00FE7C3B">
      <w:pPr>
        <w:spacing w:after="0" w:line="240" w:lineRule="auto"/>
      </w:pPr>
      <w:r>
        <w:separator/>
      </w:r>
    </w:p>
  </w:endnote>
  <w:endnote w:type="continuationSeparator" w:id="0">
    <w:p w14:paraId="464C3C91" w14:textId="77777777" w:rsidR="00FE7C3B" w:rsidRDefault="00FE7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DADF9" w14:textId="77777777" w:rsidR="0093541B" w:rsidRPr="00186AEC" w:rsidRDefault="0093541B" w:rsidP="0093541B">
    <w:pPr>
      <w:rPr>
        <w:b/>
        <w:bCs/>
        <w:sz w:val="20"/>
        <w:szCs w:val="20"/>
      </w:rPr>
    </w:pPr>
    <w:proofErr w:type="spellStart"/>
    <w:r w:rsidRPr="00DF5285">
      <w:rPr>
        <w:b/>
        <w:bCs/>
        <w:sz w:val="20"/>
        <w:szCs w:val="20"/>
      </w:rPr>
      <w:t>Napomena</w:t>
    </w:r>
    <w:proofErr w:type="spellEnd"/>
    <w:r w:rsidRPr="00DF5285">
      <w:rPr>
        <w:b/>
        <w:bCs/>
        <w:sz w:val="20"/>
        <w:szCs w:val="20"/>
      </w:rPr>
      <w:t xml:space="preserve">: </w:t>
    </w:r>
    <w:r w:rsidRPr="00DF5285">
      <w:rPr>
        <w:rFonts w:asciiTheme="majorHAnsi" w:hAnsiTheme="majorHAnsi" w:cs="Arial"/>
        <w:sz w:val="20"/>
        <w:szCs w:val="20"/>
      </w:rPr>
      <w:t xml:space="preserve">Po </w:t>
    </w:r>
    <w:proofErr w:type="spellStart"/>
    <w:r w:rsidRPr="00DF5285">
      <w:rPr>
        <w:rFonts w:asciiTheme="majorHAnsi" w:hAnsiTheme="majorHAnsi" w:cs="Arial"/>
        <w:sz w:val="20"/>
        <w:szCs w:val="20"/>
      </w:rPr>
      <w:t>Zakonu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o </w:t>
    </w:r>
    <w:proofErr w:type="spellStart"/>
    <w:r w:rsidRPr="00DF5285">
      <w:rPr>
        <w:rFonts w:asciiTheme="majorHAnsi" w:hAnsiTheme="majorHAnsi" w:cs="Arial"/>
        <w:sz w:val="20"/>
        <w:szCs w:val="20"/>
      </w:rPr>
      <w:t>odgoju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obrazovanju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u </w:t>
    </w:r>
    <w:proofErr w:type="spellStart"/>
    <w:r w:rsidRPr="00DF5285">
      <w:rPr>
        <w:rFonts w:asciiTheme="majorHAnsi" w:hAnsiTheme="majorHAnsi" w:cs="Arial"/>
        <w:sz w:val="20"/>
        <w:szCs w:val="20"/>
      </w:rPr>
      <w:t>osnovnoj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srednjoj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školi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, </w:t>
    </w:r>
    <w:proofErr w:type="spellStart"/>
    <w:r w:rsidRPr="00DF5285">
      <w:rPr>
        <w:rFonts w:asciiTheme="majorHAnsi" w:hAnsiTheme="majorHAnsi" w:cs="Arial"/>
        <w:sz w:val="20"/>
        <w:szCs w:val="20"/>
      </w:rPr>
      <w:t>čl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. 27. </w:t>
    </w:r>
    <w:proofErr w:type="spellStart"/>
    <w:r w:rsidRPr="00DF5285">
      <w:rPr>
        <w:rFonts w:asciiTheme="majorHAnsi" w:hAnsiTheme="majorHAnsi" w:cs="Arial"/>
        <w:sz w:val="20"/>
        <w:szCs w:val="20"/>
      </w:rPr>
      <w:t>st.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6. </w:t>
    </w:r>
    <w:proofErr w:type="spellStart"/>
    <w:r w:rsidRPr="00DF5285">
      <w:rPr>
        <w:rFonts w:asciiTheme="majorHAnsi" w:hAnsiTheme="majorHAnsi" w:cs="Arial"/>
        <w:sz w:val="20"/>
        <w:szCs w:val="20"/>
      </w:rPr>
      <w:t>učenik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može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prestati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pohađati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nastavu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izbornog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predmeta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nakon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pisanog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zahtjeva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roditelja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učenika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koji se mora </w:t>
    </w:r>
    <w:proofErr w:type="spellStart"/>
    <w:r w:rsidRPr="00DF5285">
      <w:rPr>
        <w:rFonts w:asciiTheme="majorHAnsi" w:hAnsiTheme="majorHAnsi" w:cs="Arial"/>
        <w:sz w:val="20"/>
        <w:szCs w:val="20"/>
      </w:rPr>
      <w:t>dostaviti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Učiteljskom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vijeću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nakon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završetka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nastavne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, a </w:t>
    </w:r>
    <w:proofErr w:type="spellStart"/>
    <w:r w:rsidRPr="00DF5285">
      <w:rPr>
        <w:rFonts w:asciiTheme="majorHAnsi" w:hAnsiTheme="majorHAnsi" w:cs="Arial"/>
        <w:b/>
        <w:bCs/>
        <w:sz w:val="20"/>
        <w:szCs w:val="20"/>
      </w:rPr>
      <w:t>najkasnije</w:t>
    </w:r>
    <w:proofErr w:type="spellEnd"/>
    <w:r w:rsidRPr="00DF5285">
      <w:rPr>
        <w:rFonts w:asciiTheme="majorHAnsi" w:hAnsiTheme="majorHAnsi" w:cs="Arial"/>
        <w:b/>
        <w:bCs/>
        <w:sz w:val="20"/>
        <w:szCs w:val="20"/>
      </w:rPr>
      <w:t xml:space="preserve"> do 30. </w:t>
    </w:r>
    <w:proofErr w:type="spellStart"/>
    <w:r w:rsidRPr="00DF5285">
      <w:rPr>
        <w:rFonts w:asciiTheme="majorHAnsi" w:hAnsiTheme="majorHAnsi" w:cs="Arial"/>
        <w:b/>
        <w:bCs/>
        <w:sz w:val="20"/>
        <w:szCs w:val="20"/>
      </w:rPr>
      <w:t>lipnja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tekuće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godine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za </w:t>
    </w:r>
    <w:proofErr w:type="spellStart"/>
    <w:r w:rsidRPr="00DF5285">
      <w:rPr>
        <w:rFonts w:asciiTheme="majorHAnsi" w:hAnsiTheme="majorHAnsi" w:cs="Arial"/>
        <w:sz w:val="20"/>
        <w:szCs w:val="20"/>
      </w:rPr>
      <w:t>sljedeću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školsku</w:t>
    </w:r>
    <w:proofErr w:type="spellEnd"/>
    <w:r w:rsidRPr="00DF5285">
      <w:rPr>
        <w:rFonts w:asciiTheme="majorHAnsi" w:hAnsiTheme="majorHAnsi" w:cs="Arial"/>
        <w:sz w:val="20"/>
        <w:szCs w:val="20"/>
      </w:rPr>
      <w:t xml:space="preserve"> </w:t>
    </w:r>
    <w:proofErr w:type="spellStart"/>
    <w:r w:rsidRPr="00DF5285">
      <w:rPr>
        <w:rFonts w:asciiTheme="majorHAnsi" w:hAnsiTheme="majorHAnsi" w:cs="Arial"/>
        <w:sz w:val="20"/>
        <w:szCs w:val="20"/>
      </w:rPr>
      <w:t>godinu</w:t>
    </w:r>
    <w:proofErr w:type="spellEnd"/>
    <w:r w:rsidRPr="00DF5285">
      <w:rPr>
        <w:rFonts w:asciiTheme="majorHAnsi" w:hAnsiTheme="majorHAnsi" w:cs="Arial"/>
        <w:sz w:val="20"/>
        <w:szCs w:val="20"/>
      </w:rPr>
      <w:t>.</w:t>
    </w:r>
  </w:p>
  <w:p w14:paraId="52629B4B" w14:textId="77777777" w:rsidR="0093541B" w:rsidRDefault="0093541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BA1D8" w14:textId="77777777" w:rsidR="00FE7C3B" w:rsidRDefault="00FE7C3B">
      <w:pPr>
        <w:spacing w:after="0" w:line="240" w:lineRule="auto"/>
      </w:pPr>
      <w:r>
        <w:separator/>
      </w:r>
    </w:p>
  </w:footnote>
  <w:footnote w:type="continuationSeparator" w:id="0">
    <w:p w14:paraId="714E529B" w14:textId="77777777" w:rsidR="00FE7C3B" w:rsidRDefault="00FE7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EE4C0" w14:textId="77777777" w:rsidR="00D84BCA" w:rsidRDefault="00000000">
    <w:pPr>
      <w:pStyle w:val="Zaglavlje"/>
    </w:pPr>
    <w:r>
      <w:rPr>
        <w:noProof/>
      </w:rPr>
      <w:drawing>
        <wp:inline distT="0" distB="0" distL="0" distR="0" wp14:anchorId="6E767F50" wp14:editId="414E78E0">
          <wp:extent cx="1020885" cy="723900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4547" cy="726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5A4B22" w14:textId="77777777" w:rsidR="00D84BCA" w:rsidRPr="0093541B" w:rsidRDefault="00000000">
    <w:pPr>
      <w:spacing w:after="0" w:line="240" w:lineRule="auto"/>
      <w:rPr>
        <w:sz w:val="22"/>
      </w:rPr>
    </w:pPr>
    <w:r w:rsidRPr="0093541B">
      <w:rPr>
        <w:sz w:val="22"/>
      </w:rPr>
      <w:t>Osnovna škola Hvar</w:t>
    </w:r>
  </w:p>
  <w:p w14:paraId="5100FF5D" w14:textId="77777777" w:rsidR="00D84BCA" w:rsidRPr="0093541B" w:rsidRDefault="00000000">
    <w:pPr>
      <w:spacing w:after="0" w:line="240" w:lineRule="auto"/>
      <w:rPr>
        <w:sz w:val="22"/>
      </w:rPr>
    </w:pPr>
    <w:r w:rsidRPr="0093541B">
      <w:rPr>
        <w:sz w:val="22"/>
      </w:rPr>
      <w:t>Ulica kroz Burak 81</w:t>
    </w:r>
  </w:p>
  <w:p w14:paraId="2E516C7A" w14:textId="77777777" w:rsidR="00D84BCA" w:rsidRPr="0093541B" w:rsidRDefault="00000000">
    <w:pPr>
      <w:spacing w:after="0" w:line="240" w:lineRule="auto"/>
      <w:rPr>
        <w:sz w:val="22"/>
      </w:rPr>
    </w:pPr>
    <w:r w:rsidRPr="0093541B">
      <w:rPr>
        <w:sz w:val="22"/>
      </w:rPr>
      <w:t>21450 Hvar</w:t>
    </w:r>
  </w:p>
  <w:p w14:paraId="04BB480F" w14:textId="77777777" w:rsidR="00D84BCA" w:rsidRPr="0093541B" w:rsidRDefault="00000000">
    <w:pPr>
      <w:spacing w:after="0" w:line="240" w:lineRule="auto"/>
      <w:rPr>
        <w:sz w:val="22"/>
      </w:rPr>
    </w:pPr>
    <w:r w:rsidRPr="0093541B">
      <w:rPr>
        <w:sz w:val="22"/>
      </w:rPr>
      <w:t>OIB: 14921955279</w:t>
    </w:r>
  </w:p>
  <w:p w14:paraId="1FC822B8" w14:textId="77777777" w:rsidR="00D84BCA" w:rsidRPr="0093541B" w:rsidRDefault="00000000">
    <w:pPr>
      <w:spacing w:after="0" w:line="240" w:lineRule="auto"/>
      <w:rPr>
        <w:sz w:val="22"/>
      </w:rPr>
    </w:pPr>
    <w:r w:rsidRPr="0093541B">
      <w:rPr>
        <w:sz w:val="22"/>
      </w:rPr>
      <w:t>ured@os-hvar.skole.hr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983346">
    <w:abstractNumId w:val="8"/>
  </w:num>
  <w:num w:numId="2" w16cid:durableId="859899676">
    <w:abstractNumId w:val="6"/>
  </w:num>
  <w:num w:numId="3" w16cid:durableId="659970796">
    <w:abstractNumId w:val="5"/>
  </w:num>
  <w:num w:numId="4" w16cid:durableId="1650210982">
    <w:abstractNumId w:val="4"/>
  </w:num>
  <w:num w:numId="5" w16cid:durableId="1305743491">
    <w:abstractNumId w:val="7"/>
  </w:num>
  <w:num w:numId="6" w16cid:durableId="1648440165">
    <w:abstractNumId w:val="3"/>
  </w:num>
  <w:num w:numId="7" w16cid:durableId="1138382813">
    <w:abstractNumId w:val="2"/>
  </w:num>
  <w:num w:numId="8" w16cid:durableId="842091396">
    <w:abstractNumId w:val="1"/>
  </w:num>
  <w:num w:numId="9" w16cid:durableId="169758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541B"/>
    <w:rsid w:val="00AA1D8D"/>
    <w:rsid w:val="00B47730"/>
    <w:rsid w:val="00CB0664"/>
    <w:rsid w:val="00D84BCA"/>
    <w:rsid w:val="00FC693F"/>
    <w:rsid w:val="00FE7C3B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02953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2026-09-23T08:10:00Z</dcterms:modified>
  <cp:category/>
</cp:coreProperties>
</file>