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47512" w14:textId="77777777" w:rsidR="004C0AA3" w:rsidRDefault="00000000" w:rsidP="005E289A">
      <w:pPr>
        <w:spacing w:before="240" w:after="380" w:line="360" w:lineRule="auto"/>
        <w:jc w:val="center"/>
      </w:pPr>
      <w:r>
        <w:rPr>
          <w:b/>
          <w:sz w:val="26"/>
        </w:rPr>
        <w:t>ZAHTJEV ZA IZOSTANAK S NASTAVE</w:t>
      </w:r>
    </w:p>
    <w:p w14:paraId="55DC0848" w14:textId="77777777" w:rsidR="004C0AA3" w:rsidRDefault="00000000" w:rsidP="005E289A">
      <w:pPr>
        <w:spacing w:line="360" w:lineRule="auto"/>
      </w:pPr>
      <w:r>
        <w:t>Ime i prezime roditelja/skrbnika: ________________________________________________</w:t>
      </w:r>
    </w:p>
    <w:p w14:paraId="75369CB4" w14:textId="77777777" w:rsidR="004C0AA3" w:rsidRDefault="00000000" w:rsidP="005E289A">
      <w:pPr>
        <w:spacing w:line="360" w:lineRule="auto"/>
      </w:pPr>
      <w:r>
        <w:t>Adresa: ________________________________________________</w:t>
      </w:r>
    </w:p>
    <w:p w14:paraId="4B268A78" w14:textId="77777777" w:rsidR="004C0AA3" w:rsidRDefault="00000000" w:rsidP="005E289A">
      <w:pPr>
        <w:spacing w:line="360" w:lineRule="auto"/>
      </w:pPr>
      <w:r>
        <w:t>Broj mobitela: ________________________________________________</w:t>
      </w:r>
    </w:p>
    <w:p w14:paraId="209AF8C9" w14:textId="77777777" w:rsidR="004C0AA3" w:rsidRDefault="00000000" w:rsidP="005E289A">
      <w:pPr>
        <w:spacing w:line="360" w:lineRule="auto"/>
      </w:pPr>
      <w:r>
        <w:t>Ime i prezime učenika i razredni odjel: ________________________________________________</w:t>
      </w:r>
    </w:p>
    <w:p w14:paraId="7446ECAA" w14:textId="77777777" w:rsidR="004C0AA3" w:rsidRDefault="00000000" w:rsidP="005E289A">
      <w:pPr>
        <w:spacing w:line="360" w:lineRule="auto"/>
      </w:pPr>
      <w:r>
        <w:t>Molim odobrenje izostanka mojega djeteta s nastave u trajanju od ______ radnih dana, od ______________ do ______________ 20____. godine.</w:t>
      </w:r>
    </w:p>
    <w:p w14:paraId="5FF2380E" w14:textId="77777777" w:rsidR="004C0AA3" w:rsidRDefault="00000000" w:rsidP="005E289A">
      <w:pPr>
        <w:spacing w:line="360" w:lineRule="auto"/>
      </w:pPr>
      <w:r>
        <w:t>Razlog izostanka:</w:t>
      </w:r>
    </w:p>
    <w:p w14:paraId="6A5D6C7E" w14:textId="77777777" w:rsidR="004C0AA3" w:rsidRDefault="00000000" w:rsidP="005E289A">
      <w:pPr>
        <w:spacing w:line="360" w:lineRule="auto"/>
      </w:pPr>
      <w:r>
        <w:t>__________________________________________________________________</w:t>
      </w:r>
    </w:p>
    <w:p w14:paraId="1D17FDD5" w14:textId="77777777" w:rsidR="004C0AA3" w:rsidRDefault="00000000" w:rsidP="005E289A">
      <w:pPr>
        <w:spacing w:line="360" w:lineRule="auto"/>
      </w:pPr>
      <w:r>
        <w:t>__________________________________________________________________</w:t>
      </w:r>
    </w:p>
    <w:p w14:paraId="3C71A8F9" w14:textId="77777777" w:rsidR="004C0AA3" w:rsidRDefault="00000000" w:rsidP="005E289A">
      <w:pPr>
        <w:spacing w:line="360" w:lineRule="auto"/>
      </w:pPr>
      <w:r>
        <w:t>Zahtjev se upućuje nadležnoj osobi/tijelu škole, ovisno o trajanju izostanka.</w:t>
      </w:r>
    </w:p>
    <w:p w14:paraId="6F6C3511" w14:textId="77777777" w:rsidR="004C0AA3" w:rsidRDefault="00000000" w:rsidP="005E289A">
      <w:pPr>
        <w:spacing w:line="360" w:lineRule="auto"/>
      </w:pPr>
      <w:r>
        <w:t>U Hvaru, __________________________</w:t>
      </w:r>
    </w:p>
    <w:p w14:paraId="253CBA80" w14:textId="77777777" w:rsidR="004C0AA3" w:rsidRDefault="00000000" w:rsidP="005E289A">
      <w:pPr>
        <w:spacing w:line="360" w:lineRule="auto"/>
        <w:jc w:val="right"/>
      </w:pPr>
      <w:r>
        <w:br/>
        <w:t>______________________________</w:t>
      </w:r>
    </w:p>
    <w:p w14:paraId="25CB7494" w14:textId="77777777" w:rsidR="004C0AA3" w:rsidRDefault="00000000" w:rsidP="005E289A">
      <w:pPr>
        <w:spacing w:line="360" w:lineRule="auto"/>
        <w:jc w:val="right"/>
      </w:pPr>
      <w:proofErr w:type="spellStart"/>
      <w:r>
        <w:t>Potpis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/</w:t>
      </w:r>
      <w:proofErr w:type="spellStart"/>
      <w:r>
        <w:t>skrbnika</w:t>
      </w:r>
      <w:proofErr w:type="spellEnd"/>
    </w:p>
    <w:p w14:paraId="783B112A" w14:textId="77777777" w:rsidR="005E289A" w:rsidRPr="005E289A" w:rsidRDefault="005E289A" w:rsidP="005E289A"/>
    <w:p w14:paraId="3E1108F1" w14:textId="77777777" w:rsidR="005E289A" w:rsidRDefault="005E289A" w:rsidP="005E289A"/>
    <w:p w14:paraId="044D2E3B" w14:textId="6A4C5A2B" w:rsidR="005E289A" w:rsidRPr="005E289A" w:rsidRDefault="005E289A" w:rsidP="005E289A"/>
    <w:sectPr w:rsidR="005E289A" w:rsidRPr="005E289A" w:rsidSect="00034616">
      <w:headerReference w:type="default" r:id="rId8"/>
      <w:footerReference w:type="default" r:id="rId9"/>
      <w:pgSz w:w="12240" w:h="15840"/>
      <w:pgMar w:top="2098" w:right="1304" w:bottom="1134" w:left="1361" w:header="51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17A09" w14:textId="77777777" w:rsidR="009F5E36" w:rsidRDefault="009F5E36">
      <w:pPr>
        <w:spacing w:after="0" w:line="240" w:lineRule="auto"/>
      </w:pPr>
      <w:r>
        <w:separator/>
      </w:r>
    </w:p>
  </w:endnote>
  <w:endnote w:type="continuationSeparator" w:id="0">
    <w:p w14:paraId="50FA0C5D" w14:textId="77777777" w:rsidR="009F5E36" w:rsidRDefault="009F5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C4F64" w14:textId="77777777" w:rsidR="005E289A" w:rsidRPr="005E289A" w:rsidRDefault="005E289A">
    <w:pPr>
      <w:pStyle w:val="Podnoje"/>
      <w:rPr>
        <w:lang w:val="hr-HR"/>
      </w:rPr>
    </w:pPr>
    <w:r>
      <w:rPr>
        <w:lang w:val="hr-HR"/>
      </w:rPr>
      <w:t xml:space="preserve">Napomena: </w:t>
    </w:r>
  </w:p>
  <w:tbl>
    <w:tblPr>
      <w:tblStyle w:val="Reetkatablice"/>
      <w:tblW w:w="0" w:type="auto"/>
      <w:tblInd w:w="3514" w:type="dxa"/>
      <w:tblLook w:val="04A0" w:firstRow="1" w:lastRow="0" w:firstColumn="1" w:lastColumn="0" w:noHBand="0" w:noVBand="1"/>
    </w:tblPr>
    <w:tblGrid>
      <w:gridCol w:w="1451"/>
      <w:gridCol w:w="3275"/>
    </w:tblGrid>
    <w:tr w:rsidR="005E289A" w:rsidRPr="00725333" w14:paraId="150915E4" w14:textId="77777777" w:rsidTr="006F028E">
      <w:tc>
        <w:tcPr>
          <w:tcW w:w="0" w:type="auto"/>
          <w:hideMark/>
        </w:tcPr>
        <w:p w14:paraId="28FE8F2A" w14:textId="77777777" w:rsidR="005E289A" w:rsidRPr="00725333" w:rsidRDefault="005E289A" w:rsidP="005E289A">
          <w:pPr>
            <w:spacing w:before="100" w:beforeAutospacing="1" w:afterAutospacing="1"/>
            <w:jc w:val="center"/>
            <w:rPr>
              <w:rFonts w:eastAsia="Times New Roman" w:cs="Times New Roman"/>
              <w:b/>
              <w:bCs/>
              <w:sz w:val="18"/>
              <w:szCs w:val="18"/>
            </w:rPr>
          </w:pPr>
          <w:proofErr w:type="spellStart"/>
          <w:r w:rsidRPr="00725333">
            <w:rPr>
              <w:rFonts w:eastAsia="Times New Roman" w:cs="Times New Roman"/>
              <w:b/>
              <w:bCs/>
              <w:sz w:val="18"/>
              <w:szCs w:val="18"/>
            </w:rPr>
            <w:t>Tko</w:t>
          </w:r>
          <w:proofErr w:type="spellEnd"/>
          <w:r w:rsidRPr="00725333">
            <w:rPr>
              <w:rFonts w:eastAsia="Times New Roman" w:cs="Times New Roman"/>
              <w:b/>
              <w:bCs/>
              <w:sz w:val="18"/>
              <w:szCs w:val="18"/>
            </w:rPr>
            <w:t xml:space="preserve"> </w:t>
          </w:r>
          <w:proofErr w:type="spellStart"/>
          <w:r w:rsidRPr="00725333">
            <w:rPr>
              <w:rFonts w:eastAsia="Times New Roman" w:cs="Times New Roman"/>
              <w:b/>
              <w:bCs/>
              <w:sz w:val="18"/>
              <w:szCs w:val="18"/>
            </w:rPr>
            <w:t>odobrava</w:t>
          </w:r>
          <w:proofErr w:type="spellEnd"/>
        </w:p>
      </w:tc>
      <w:tc>
        <w:tcPr>
          <w:tcW w:w="0" w:type="auto"/>
          <w:hideMark/>
        </w:tcPr>
        <w:p w14:paraId="48C6FDF2" w14:textId="77777777" w:rsidR="005E289A" w:rsidRPr="00725333" w:rsidRDefault="005E289A" w:rsidP="005E289A">
          <w:pPr>
            <w:spacing w:before="100" w:beforeAutospacing="1" w:afterAutospacing="1"/>
            <w:jc w:val="center"/>
            <w:rPr>
              <w:rFonts w:eastAsia="Times New Roman" w:cs="Times New Roman"/>
              <w:b/>
              <w:bCs/>
              <w:sz w:val="18"/>
              <w:szCs w:val="18"/>
            </w:rPr>
          </w:pPr>
          <w:proofErr w:type="spellStart"/>
          <w:r w:rsidRPr="00725333">
            <w:rPr>
              <w:rFonts w:eastAsia="Times New Roman" w:cs="Times New Roman"/>
              <w:b/>
              <w:bCs/>
              <w:sz w:val="18"/>
              <w:szCs w:val="18"/>
            </w:rPr>
            <w:t>Trajanje</w:t>
          </w:r>
          <w:proofErr w:type="spellEnd"/>
          <w:r w:rsidRPr="00725333">
            <w:rPr>
              <w:rFonts w:eastAsia="Times New Roman" w:cs="Times New Roman"/>
              <w:b/>
              <w:bCs/>
              <w:sz w:val="18"/>
              <w:szCs w:val="18"/>
            </w:rPr>
            <w:t xml:space="preserve"> </w:t>
          </w:r>
          <w:proofErr w:type="spellStart"/>
          <w:r w:rsidRPr="00725333">
            <w:rPr>
              <w:rFonts w:eastAsia="Times New Roman" w:cs="Times New Roman"/>
              <w:b/>
              <w:bCs/>
              <w:sz w:val="18"/>
              <w:szCs w:val="18"/>
            </w:rPr>
            <w:t>izostanka</w:t>
          </w:r>
          <w:proofErr w:type="spellEnd"/>
        </w:p>
      </w:tc>
    </w:tr>
    <w:tr w:rsidR="005E289A" w:rsidRPr="00725333" w14:paraId="03EB6E55" w14:textId="77777777" w:rsidTr="006F028E">
      <w:tc>
        <w:tcPr>
          <w:tcW w:w="0" w:type="auto"/>
          <w:hideMark/>
        </w:tcPr>
        <w:p w14:paraId="189991AA" w14:textId="77777777" w:rsidR="005E289A" w:rsidRPr="00725333" w:rsidRDefault="005E289A" w:rsidP="005E289A">
          <w:pPr>
            <w:spacing w:before="100" w:beforeAutospacing="1" w:afterAutospacing="1"/>
            <w:jc w:val="center"/>
            <w:rPr>
              <w:rFonts w:eastAsia="Times New Roman" w:cs="Times New Roman"/>
              <w:sz w:val="18"/>
              <w:szCs w:val="18"/>
            </w:rPr>
          </w:pP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Predmetni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učitelj</w:t>
          </w:r>
          <w:proofErr w:type="spellEnd"/>
        </w:p>
      </w:tc>
      <w:tc>
        <w:tcPr>
          <w:tcW w:w="0" w:type="auto"/>
          <w:hideMark/>
        </w:tcPr>
        <w:p w14:paraId="5675E552" w14:textId="77777777" w:rsidR="005E289A" w:rsidRPr="00725333" w:rsidRDefault="005E289A" w:rsidP="005E289A">
          <w:pPr>
            <w:spacing w:before="100" w:beforeAutospacing="1" w:afterAutospacing="1"/>
            <w:jc w:val="center"/>
            <w:rPr>
              <w:rFonts w:eastAsia="Times New Roman" w:cs="Times New Roman"/>
              <w:sz w:val="18"/>
              <w:szCs w:val="18"/>
            </w:rPr>
          </w:pP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Tijekom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nastavnoga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dana</w:t>
          </w:r>
        </w:p>
      </w:tc>
    </w:tr>
    <w:tr w:rsidR="005E289A" w:rsidRPr="00725333" w14:paraId="7BD6204A" w14:textId="77777777" w:rsidTr="006F028E">
      <w:tc>
        <w:tcPr>
          <w:tcW w:w="0" w:type="auto"/>
          <w:hideMark/>
        </w:tcPr>
        <w:p w14:paraId="79F469CC" w14:textId="77777777" w:rsidR="005E289A" w:rsidRPr="00725333" w:rsidRDefault="005E289A" w:rsidP="005E289A">
          <w:pPr>
            <w:spacing w:before="100" w:beforeAutospacing="1" w:afterAutospacing="1"/>
            <w:jc w:val="center"/>
            <w:rPr>
              <w:rFonts w:eastAsia="Times New Roman" w:cs="Times New Roman"/>
              <w:sz w:val="18"/>
              <w:szCs w:val="18"/>
            </w:rPr>
          </w:pP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Razrednik</w:t>
          </w:r>
          <w:proofErr w:type="spellEnd"/>
        </w:p>
      </w:tc>
      <w:tc>
        <w:tcPr>
          <w:tcW w:w="0" w:type="auto"/>
          <w:hideMark/>
        </w:tcPr>
        <w:p w14:paraId="308BBCC8" w14:textId="77777777" w:rsidR="005E289A" w:rsidRPr="00725333" w:rsidRDefault="005E289A" w:rsidP="005E289A">
          <w:pPr>
            <w:spacing w:before="100" w:beforeAutospacing="1" w:afterAutospacing="1"/>
            <w:jc w:val="center"/>
            <w:rPr>
              <w:rFonts w:eastAsia="Times New Roman" w:cs="Times New Roman"/>
              <w:sz w:val="18"/>
              <w:szCs w:val="18"/>
            </w:rPr>
          </w:pPr>
          <w:r w:rsidRPr="00725333">
            <w:rPr>
              <w:rFonts w:eastAsia="Times New Roman" w:cs="Times New Roman"/>
              <w:sz w:val="18"/>
              <w:szCs w:val="18"/>
            </w:rPr>
            <w:t xml:space="preserve">Do 3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pojedinačna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ili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uzastopna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radna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dana</w:t>
          </w:r>
        </w:p>
      </w:tc>
    </w:tr>
    <w:tr w:rsidR="005E289A" w:rsidRPr="00725333" w14:paraId="6F0950B0" w14:textId="77777777" w:rsidTr="006F028E">
      <w:tc>
        <w:tcPr>
          <w:tcW w:w="0" w:type="auto"/>
          <w:hideMark/>
        </w:tcPr>
        <w:p w14:paraId="60A1BCB4" w14:textId="77777777" w:rsidR="005E289A" w:rsidRPr="00725333" w:rsidRDefault="005E289A" w:rsidP="005E289A">
          <w:pPr>
            <w:spacing w:before="100" w:beforeAutospacing="1" w:afterAutospacing="1"/>
            <w:jc w:val="center"/>
            <w:rPr>
              <w:rFonts w:eastAsia="Times New Roman" w:cs="Times New Roman"/>
              <w:sz w:val="18"/>
              <w:szCs w:val="18"/>
            </w:rPr>
          </w:pP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Ravnatelj</w:t>
          </w:r>
          <w:proofErr w:type="spellEnd"/>
        </w:p>
      </w:tc>
      <w:tc>
        <w:tcPr>
          <w:tcW w:w="0" w:type="auto"/>
          <w:hideMark/>
        </w:tcPr>
        <w:p w14:paraId="37D12F1E" w14:textId="77777777" w:rsidR="005E289A" w:rsidRPr="00725333" w:rsidRDefault="005E289A" w:rsidP="005E289A">
          <w:pPr>
            <w:spacing w:before="100" w:beforeAutospacing="1" w:afterAutospacing="1"/>
            <w:jc w:val="center"/>
            <w:rPr>
              <w:rFonts w:eastAsia="Times New Roman" w:cs="Times New Roman"/>
              <w:sz w:val="18"/>
              <w:szCs w:val="18"/>
            </w:rPr>
          </w:pPr>
          <w:r w:rsidRPr="00725333">
            <w:rPr>
              <w:rFonts w:eastAsia="Times New Roman" w:cs="Times New Roman"/>
              <w:sz w:val="18"/>
              <w:szCs w:val="18"/>
            </w:rPr>
            <w:t xml:space="preserve">Do 7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uzastopnih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radnih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dana</w:t>
          </w:r>
        </w:p>
      </w:tc>
    </w:tr>
    <w:tr w:rsidR="005E289A" w:rsidRPr="00725333" w14:paraId="5FB4C4F6" w14:textId="77777777" w:rsidTr="006F028E">
      <w:tc>
        <w:tcPr>
          <w:tcW w:w="0" w:type="auto"/>
          <w:hideMark/>
        </w:tcPr>
        <w:p w14:paraId="53695205" w14:textId="77777777" w:rsidR="005E289A" w:rsidRPr="00725333" w:rsidRDefault="005E289A" w:rsidP="005E289A">
          <w:pPr>
            <w:spacing w:before="100" w:beforeAutospacing="1" w:afterAutospacing="1"/>
            <w:jc w:val="center"/>
            <w:rPr>
              <w:rFonts w:eastAsia="Times New Roman" w:cs="Times New Roman"/>
              <w:sz w:val="18"/>
              <w:szCs w:val="18"/>
            </w:rPr>
          </w:pP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Učiteljsko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vijeće</w:t>
          </w:r>
          <w:proofErr w:type="spellEnd"/>
        </w:p>
      </w:tc>
      <w:tc>
        <w:tcPr>
          <w:tcW w:w="0" w:type="auto"/>
          <w:hideMark/>
        </w:tcPr>
        <w:p w14:paraId="0A7C5AD1" w14:textId="77777777" w:rsidR="005E289A" w:rsidRPr="00725333" w:rsidRDefault="005E289A" w:rsidP="005E289A">
          <w:pPr>
            <w:spacing w:before="100" w:beforeAutospacing="1" w:afterAutospacing="1"/>
            <w:jc w:val="center"/>
            <w:rPr>
              <w:rFonts w:eastAsia="Times New Roman" w:cs="Times New Roman"/>
              <w:sz w:val="18"/>
              <w:szCs w:val="18"/>
            </w:rPr>
          </w:pPr>
          <w:r w:rsidRPr="00725333">
            <w:rPr>
              <w:rFonts w:eastAsia="Times New Roman" w:cs="Times New Roman"/>
              <w:sz w:val="18"/>
              <w:szCs w:val="18"/>
            </w:rPr>
            <w:t xml:space="preserve">Do 15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uzastopnih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</w:t>
          </w:r>
          <w:proofErr w:type="spellStart"/>
          <w:r w:rsidRPr="00725333">
            <w:rPr>
              <w:rFonts w:eastAsia="Times New Roman" w:cs="Times New Roman"/>
              <w:sz w:val="18"/>
              <w:szCs w:val="18"/>
            </w:rPr>
            <w:t>radnih</w:t>
          </w:r>
          <w:proofErr w:type="spellEnd"/>
          <w:r w:rsidRPr="00725333">
            <w:rPr>
              <w:rFonts w:eastAsia="Times New Roman" w:cs="Times New Roman"/>
              <w:sz w:val="18"/>
              <w:szCs w:val="18"/>
            </w:rPr>
            <w:t xml:space="preserve"> dana</w:t>
          </w:r>
        </w:p>
      </w:tc>
    </w:tr>
  </w:tbl>
  <w:p w14:paraId="661042BB" w14:textId="4F0A1960" w:rsidR="005E289A" w:rsidRPr="005E289A" w:rsidRDefault="005E289A">
    <w:pPr>
      <w:pStyle w:val="Podnoje"/>
      <w:rPr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FCA7F" w14:textId="77777777" w:rsidR="009F5E36" w:rsidRDefault="009F5E36">
      <w:pPr>
        <w:spacing w:after="0" w:line="240" w:lineRule="auto"/>
      </w:pPr>
      <w:r>
        <w:separator/>
      </w:r>
    </w:p>
  </w:footnote>
  <w:footnote w:type="continuationSeparator" w:id="0">
    <w:p w14:paraId="4E768087" w14:textId="77777777" w:rsidR="009F5E36" w:rsidRDefault="009F5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BC578" w14:textId="77777777" w:rsidR="005E289A" w:rsidRPr="00EB455E" w:rsidRDefault="005E289A" w:rsidP="005E289A">
    <w:pPr>
      <w:tabs>
        <w:tab w:val="center" w:pos="4680"/>
        <w:tab w:val="right" w:pos="9360"/>
      </w:tabs>
      <w:spacing w:after="0" w:line="240" w:lineRule="auto"/>
    </w:pPr>
    <w:r w:rsidRPr="00EB455E">
      <w:rPr>
        <w:noProof/>
      </w:rPr>
      <w:drawing>
        <wp:inline distT="0" distB="0" distL="0" distR="0" wp14:anchorId="5E0E7F64" wp14:editId="6D3A1989">
          <wp:extent cx="940289" cy="666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44159" cy="669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133030" w14:textId="77777777" w:rsidR="005E289A" w:rsidRPr="00EB455E" w:rsidRDefault="005E289A" w:rsidP="005E289A">
    <w:pPr>
      <w:spacing w:after="0" w:line="240" w:lineRule="auto"/>
      <w:rPr>
        <w:sz w:val="22"/>
      </w:rPr>
    </w:pPr>
    <w:proofErr w:type="spellStart"/>
    <w:r w:rsidRPr="00EB455E">
      <w:rPr>
        <w:sz w:val="22"/>
      </w:rPr>
      <w:t>Osnovna</w:t>
    </w:r>
    <w:proofErr w:type="spellEnd"/>
    <w:r w:rsidRPr="00EB455E">
      <w:rPr>
        <w:sz w:val="22"/>
      </w:rPr>
      <w:t xml:space="preserve"> </w:t>
    </w:r>
    <w:proofErr w:type="spellStart"/>
    <w:r w:rsidRPr="00EB455E">
      <w:rPr>
        <w:sz w:val="22"/>
      </w:rPr>
      <w:t>škola</w:t>
    </w:r>
    <w:proofErr w:type="spellEnd"/>
    <w:r w:rsidRPr="00EB455E">
      <w:rPr>
        <w:sz w:val="22"/>
      </w:rPr>
      <w:t xml:space="preserve"> Hvar</w:t>
    </w:r>
  </w:p>
  <w:p w14:paraId="6F2C5FA0" w14:textId="77777777" w:rsidR="005E289A" w:rsidRPr="00EB455E" w:rsidRDefault="005E289A" w:rsidP="005E289A">
    <w:pPr>
      <w:spacing w:after="0" w:line="240" w:lineRule="auto"/>
      <w:rPr>
        <w:sz w:val="22"/>
      </w:rPr>
    </w:pPr>
    <w:proofErr w:type="spellStart"/>
    <w:r w:rsidRPr="00EB455E">
      <w:rPr>
        <w:sz w:val="22"/>
      </w:rPr>
      <w:t>Ulica</w:t>
    </w:r>
    <w:proofErr w:type="spellEnd"/>
    <w:r w:rsidRPr="00EB455E">
      <w:rPr>
        <w:sz w:val="22"/>
      </w:rPr>
      <w:t xml:space="preserve"> </w:t>
    </w:r>
    <w:proofErr w:type="spellStart"/>
    <w:r w:rsidRPr="00EB455E">
      <w:rPr>
        <w:sz w:val="22"/>
      </w:rPr>
      <w:t>kroz</w:t>
    </w:r>
    <w:proofErr w:type="spellEnd"/>
    <w:r w:rsidRPr="00EB455E">
      <w:rPr>
        <w:sz w:val="22"/>
      </w:rPr>
      <w:t xml:space="preserve"> </w:t>
    </w:r>
    <w:proofErr w:type="spellStart"/>
    <w:r w:rsidRPr="00EB455E">
      <w:rPr>
        <w:sz w:val="22"/>
      </w:rPr>
      <w:t>Burak</w:t>
    </w:r>
    <w:proofErr w:type="spellEnd"/>
    <w:r w:rsidRPr="00EB455E">
      <w:rPr>
        <w:sz w:val="22"/>
      </w:rPr>
      <w:t xml:space="preserve"> 81</w:t>
    </w:r>
  </w:p>
  <w:p w14:paraId="145D7430" w14:textId="77777777" w:rsidR="005E289A" w:rsidRPr="00EB455E" w:rsidRDefault="005E289A" w:rsidP="005E289A">
    <w:pPr>
      <w:spacing w:after="0" w:line="240" w:lineRule="auto"/>
      <w:rPr>
        <w:sz w:val="22"/>
      </w:rPr>
    </w:pPr>
    <w:r w:rsidRPr="00EB455E">
      <w:rPr>
        <w:sz w:val="22"/>
      </w:rPr>
      <w:t>21450 Hvar</w:t>
    </w:r>
  </w:p>
  <w:p w14:paraId="603F210A" w14:textId="77777777" w:rsidR="005E289A" w:rsidRPr="00EB455E" w:rsidRDefault="005E289A" w:rsidP="005E289A">
    <w:pPr>
      <w:spacing w:after="0" w:line="240" w:lineRule="auto"/>
      <w:rPr>
        <w:sz w:val="22"/>
      </w:rPr>
    </w:pPr>
    <w:r w:rsidRPr="00EB455E">
      <w:rPr>
        <w:sz w:val="22"/>
      </w:rPr>
      <w:t>OIB: 14921955279</w:t>
    </w:r>
  </w:p>
  <w:p w14:paraId="70E36109" w14:textId="77777777" w:rsidR="005E289A" w:rsidRDefault="005E289A" w:rsidP="005E289A">
    <w:pPr>
      <w:spacing w:after="0" w:line="240" w:lineRule="auto"/>
    </w:pPr>
    <w:hyperlink r:id="rId2" w:history="1">
      <w:r w:rsidRPr="00EB455E">
        <w:rPr>
          <w:color w:val="0000FF" w:themeColor="hyperlink"/>
          <w:sz w:val="22"/>
          <w:u w:val="single"/>
        </w:rPr>
        <w:t>ured@os-hvar.skole.hr</w:t>
      </w:r>
    </w:hyperlink>
  </w:p>
  <w:p w14:paraId="1FB371EB" w14:textId="7D10AFF8" w:rsidR="004C0AA3" w:rsidRDefault="004C0AA3">
    <w:pPr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8771336">
    <w:abstractNumId w:val="8"/>
  </w:num>
  <w:num w:numId="2" w16cid:durableId="1737127100">
    <w:abstractNumId w:val="6"/>
  </w:num>
  <w:num w:numId="3" w16cid:durableId="1753356936">
    <w:abstractNumId w:val="5"/>
  </w:num>
  <w:num w:numId="4" w16cid:durableId="1053384104">
    <w:abstractNumId w:val="4"/>
  </w:num>
  <w:num w:numId="5" w16cid:durableId="1694069447">
    <w:abstractNumId w:val="7"/>
  </w:num>
  <w:num w:numId="6" w16cid:durableId="2092119719">
    <w:abstractNumId w:val="3"/>
  </w:num>
  <w:num w:numId="7" w16cid:durableId="834613036">
    <w:abstractNumId w:val="2"/>
  </w:num>
  <w:num w:numId="8" w16cid:durableId="1405223781">
    <w:abstractNumId w:val="1"/>
  </w:num>
  <w:num w:numId="9" w16cid:durableId="566039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0AA3"/>
    <w:rsid w:val="005E289A"/>
    <w:rsid w:val="009F5E36"/>
    <w:rsid w:val="00AA1D8D"/>
    <w:rsid w:val="00B47730"/>
    <w:rsid w:val="00CB0664"/>
    <w:rsid w:val="00FC693F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9E3376"/>
  <w14:defaultImageDpi w14:val="300"/>
  <w15:docId w15:val="{D25090F5-FA36-424F-AC4F-70DB27E55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ured@os-hvar.skole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Nada Jeličić</cp:lastModifiedBy>
  <cp:revision>2</cp:revision>
  <dcterms:created xsi:type="dcterms:W3CDTF">2013-12-23T23:15:00Z</dcterms:created>
  <dcterms:modified xsi:type="dcterms:W3CDTF">2026-09-23T08:07:00Z</dcterms:modified>
  <cp:category/>
</cp:coreProperties>
</file>