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B8D2C" w14:textId="77777777" w:rsidR="00202775" w:rsidRDefault="00202775">
      <w:pPr>
        <w:spacing w:before="240" w:after="380"/>
        <w:jc w:val="center"/>
        <w:rPr>
          <w:b/>
          <w:sz w:val="26"/>
        </w:rPr>
      </w:pPr>
    </w:p>
    <w:p w14:paraId="447B7CDF" w14:textId="77777777" w:rsidR="00202775" w:rsidRDefault="00202775">
      <w:pPr>
        <w:spacing w:before="240" w:after="380"/>
        <w:jc w:val="center"/>
        <w:rPr>
          <w:b/>
          <w:sz w:val="26"/>
        </w:rPr>
      </w:pPr>
    </w:p>
    <w:p w14:paraId="0942D2A1" w14:textId="3B33922C" w:rsidR="00011E60" w:rsidRDefault="00000000">
      <w:pPr>
        <w:spacing w:before="240" w:after="380"/>
        <w:jc w:val="center"/>
      </w:pPr>
      <w:r>
        <w:rPr>
          <w:b/>
          <w:sz w:val="26"/>
        </w:rPr>
        <w:t>SUGLASNOST RODITELJA ZA IZVANUČIONIČKU NASTAVU</w:t>
      </w:r>
    </w:p>
    <w:p w14:paraId="63973172" w14:textId="77777777" w:rsidR="00011E60" w:rsidRDefault="00000000" w:rsidP="00202775">
      <w:pPr>
        <w:spacing w:line="600" w:lineRule="auto"/>
      </w:pPr>
      <w:r>
        <w:t>Ja, __________________________________________________________,</w:t>
      </w:r>
    </w:p>
    <w:p w14:paraId="3A50BCC7" w14:textId="77777777" w:rsidR="00011E60" w:rsidRDefault="00000000" w:rsidP="00202775">
      <w:pPr>
        <w:spacing w:line="600" w:lineRule="auto"/>
      </w:pPr>
      <w:r>
        <w:t>(ime i prezime roditelja/skrbnika)</w:t>
      </w:r>
    </w:p>
    <w:p w14:paraId="4666FA61" w14:textId="7B0F2475" w:rsidR="00011E60" w:rsidRDefault="00000000" w:rsidP="00202775">
      <w:pPr>
        <w:spacing w:line="600" w:lineRule="auto"/>
      </w:pPr>
      <w:r>
        <w:t xml:space="preserve">suglasan/suglasna sam da moje dijete ___________________________________, učenik/ca __________ razreda, sudjeluje u izvanučioničkoj nastavi u organizaciji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Hvar</w:t>
      </w:r>
      <w:r w:rsidR="00202775">
        <w:t xml:space="preserve"> </w:t>
      </w:r>
      <w:proofErr w:type="spellStart"/>
      <w:r w:rsidR="00202775">
        <w:t>i</w:t>
      </w:r>
      <w:proofErr w:type="spellEnd"/>
      <w:r w:rsidR="00202775">
        <w:t xml:space="preserve"> u </w:t>
      </w:r>
      <w:proofErr w:type="spellStart"/>
      <w:r w:rsidR="00202775">
        <w:t>pratnji</w:t>
      </w:r>
      <w:proofErr w:type="spellEnd"/>
      <w:r w:rsidR="00202775">
        <w:t xml:space="preserve"> </w:t>
      </w:r>
      <w:proofErr w:type="spellStart"/>
      <w:r w:rsidR="00202775">
        <w:t>učitelja</w:t>
      </w:r>
      <w:proofErr w:type="spellEnd"/>
      <w:r w:rsidR="00202775">
        <w:t>/</w:t>
      </w:r>
      <w:proofErr w:type="spellStart"/>
      <w:r w:rsidR="00202775">
        <w:t>stručnog</w:t>
      </w:r>
      <w:proofErr w:type="spellEnd"/>
      <w:r w:rsidR="00202775">
        <w:t xml:space="preserve"> </w:t>
      </w:r>
      <w:proofErr w:type="spellStart"/>
      <w:r w:rsidR="00202775">
        <w:t>suradnika</w:t>
      </w:r>
      <w:proofErr w:type="spellEnd"/>
      <w:r w:rsidR="00202775">
        <w:t>__________________________________________________</w:t>
      </w:r>
    </w:p>
    <w:p w14:paraId="1E14A7C5" w14:textId="5D8CBBD8" w:rsidR="00202775" w:rsidRDefault="00202775" w:rsidP="00202775">
      <w:pPr>
        <w:spacing w:line="600" w:lineRule="auto"/>
      </w:pPr>
      <w:r>
        <w:t>_____________________________________________________________________________</w:t>
      </w:r>
    </w:p>
    <w:p w14:paraId="70F26ECE" w14:textId="4100FA3D" w:rsidR="00202775" w:rsidRDefault="00202775" w:rsidP="00202775">
      <w:pPr>
        <w:spacing w:line="600" w:lineRule="auto"/>
      </w:pPr>
      <w:proofErr w:type="spellStart"/>
      <w:r>
        <w:t>Naziv</w:t>
      </w:r>
      <w:proofErr w:type="spellEnd"/>
      <w:r>
        <w:t xml:space="preserve"> aktivnosti:_______________________________________________________________</w:t>
      </w:r>
    </w:p>
    <w:p w14:paraId="77A03E24" w14:textId="22E2C6D4" w:rsidR="00011E60" w:rsidRDefault="00000000" w:rsidP="00202775">
      <w:pPr>
        <w:spacing w:line="600" w:lineRule="auto"/>
      </w:pPr>
      <w:r>
        <w:t xml:space="preserve">Datum / </w:t>
      </w:r>
      <w:proofErr w:type="spellStart"/>
      <w:r>
        <w:t>termin</w:t>
      </w:r>
      <w:proofErr w:type="spellEnd"/>
      <w:r>
        <w:t>: ________________________________________________</w:t>
      </w:r>
    </w:p>
    <w:p w14:paraId="597CE24A" w14:textId="77777777" w:rsidR="00011E60" w:rsidRDefault="00000000" w:rsidP="00202775">
      <w:pPr>
        <w:spacing w:line="600" w:lineRule="auto"/>
      </w:pPr>
      <w:r>
        <w:t>Odredište: ________________________________________________</w:t>
      </w:r>
    </w:p>
    <w:p w14:paraId="27020A6D" w14:textId="77777777" w:rsidR="00011E60" w:rsidRDefault="00000000" w:rsidP="00202775">
      <w:pPr>
        <w:spacing w:line="600" w:lineRule="auto"/>
      </w:pPr>
      <w:r>
        <w:t>U Hvaru, __________________________</w:t>
      </w:r>
    </w:p>
    <w:p w14:paraId="1456AD66" w14:textId="77777777" w:rsidR="00011E60" w:rsidRDefault="00000000">
      <w:pPr>
        <w:jc w:val="right"/>
      </w:pPr>
      <w:r>
        <w:br/>
        <w:t>______________________________</w:t>
      </w:r>
    </w:p>
    <w:p w14:paraId="5C46E590" w14:textId="77777777" w:rsidR="00011E60" w:rsidRDefault="00000000">
      <w:pPr>
        <w:jc w:val="right"/>
      </w:pPr>
      <w:r>
        <w:t>Potpis roditelja/skrbnika</w:t>
      </w:r>
    </w:p>
    <w:sectPr w:rsidR="00011E60" w:rsidSect="00034616">
      <w:headerReference w:type="default" r:id="rId8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C0021" w14:textId="77777777" w:rsidR="0062169B" w:rsidRDefault="0062169B">
      <w:pPr>
        <w:spacing w:after="0" w:line="240" w:lineRule="auto"/>
      </w:pPr>
      <w:r>
        <w:separator/>
      </w:r>
    </w:p>
  </w:endnote>
  <w:endnote w:type="continuationSeparator" w:id="0">
    <w:p w14:paraId="3B0D06D5" w14:textId="77777777" w:rsidR="0062169B" w:rsidRDefault="0062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00A1" w14:textId="77777777" w:rsidR="0062169B" w:rsidRDefault="0062169B">
      <w:pPr>
        <w:spacing w:after="0" w:line="240" w:lineRule="auto"/>
      </w:pPr>
      <w:r>
        <w:separator/>
      </w:r>
    </w:p>
  </w:footnote>
  <w:footnote w:type="continuationSeparator" w:id="0">
    <w:p w14:paraId="39B010CE" w14:textId="77777777" w:rsidR="0062169B" w:rsidRDefault="00621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8F26" w14:textId="77777777" w:rsidR="00202775" w:rsidRPr="00202775" w:rsidRDefault="00202775" w:rsidP="00202775">
    <w:pPr>
      <w:tabs>
        <w:tab w:val="center" w:pos="4680"/>
        <w:tab w:val="right" w:pos="9360"/>
      </w:tabs>
      <w:spacing w:after="0" w:line="240" w:lineRule="auto"/>
    </w:pPr>
    <w:r w:rsidRPr="00202775">
      <w:rPr>
        <w:noProof/>
      </w:rPr>
      <w:drawing>
        <wp:inline distT="0" distB="0" distL="0" distR="0" wp14:anchorId="3D76D50B" wp14:editId="12D7D4DA">
          <wp:extent cx="940289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4159" cy="669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58858A" w14:textId="77777777" w:rsidR="00202775" w:rsidRPr="00202775" w:rsidRDefault="00202775" w:rsidP="00202775">
    <w:pPr>
      <w:spacing w:after="0" w:line="240" w:lineRule="auto"/>
      <w:rPr>
        <w:sz w:val="22"/>
      </w:rPr>
    </w:pPr>
    <w:proofErr w:type="spellStart"/>
    <w:r w:rsidRPr="00202775">
      <w:rPr>
        <w:sz w:val="22"/>
      </w:rPr>
      <w:t>Osnovna</w:t>
    </w:r>
    <w:proofErr w:type="spellEnd"/>
    <w:r w:rsidRPr="00202775">
      <w:rPr>
        <w:sz w:val="22"/>
      </w:rPr>
      <w:t xml:space="preserve"> </w:t>
    </w:r>
    <w:proofErr w:type="spellStart"/>
    <w:r w:rsidRPr="00202775">
      <w:rPr>
        <w:sz w:val="22"/>
      </w:rPr>
      <w:t>škola</w:t>
    </w:r>
    <w:proofErr w:type="spellEnd"/>
    <w:r w:rsidRPr="00202775">
      <w:rPr>
        <w:sz w:val="22"/>
      </w:rPr>
      <w:t xml:space="preserve"> Hvar</w:t>
    </w:r>
  </w:p>
  <w:p w14:paraId="7407C5B6" w14:textId="77777777" w:rsidR="00202775" w:rsidRPr="00202775" w:rsidRDefault="00202775" w:rsidP="00202775">
    <w:pPr>
      <w:spacing w:after="0" w:line="240" w:lineRule="auto"/>
      <w:rPr>
        <w:sz w:val="22"/>
      </w:rPr>
    </w:pPr>
    <w:proofErr w:type="spellStart"/>
    <w:r w:rsidRPr="00202775">
      <w:rPr>
        <w:sz w:val="22"/>
      </w:rPr>
      <w:t>Ulica</w:t>
    </w:r>
    <w:proofErr w:type="spellEnd"/>
    <w:r w:rsidRPr="00202775">
      <w:rPr>
        <w:sz w:val="22"/>
      </w:rPr>
      <w:t xml:space="preserve"> </w:t>
    </w:r>
    <w:proofErr w:type="spellStart"/>
    <w:r w:rsidRPr="00202775">
      <w:rPr>
        <w:sz w:val="22"/>
      </w:rPr>
      <w:t>kroz</w:t>
    </w:r>
    <w:proofErr w:type="spellEnd"/>
    <w:r w:rsidRPr="00202775">
      <w:rPr>
        <w:sz w:val="22"/>
      </w:rPr>
      <w:t xml:space="preserve"> </w:t>
    </w:r>
    <w:proofErr w:type="spellStart"/>
    <w:r w:rsidRPr="00202775">
      <w:rPr>
        <w:sz w:val="22"/>
      </w:rPr>
      <w:t>Burak</w:t>
    </w:r>
    <w:proofErr w:type="spellEnd"/>
    <w:r w:rsidRPr="00202775">
      <w:rPr>
        <w:sz w:val="22"/>
      </w:rPr>
      <w:t xml:space="preserve"> 81</w:t>
    </w:r>
  </w:p>
  <w:p w14:paraId="6938DB5D" w14:textId="77777777" w:rsidR="00202775" w:rsidRPr="00202775" w:rsidRDefault="00202775" w:rsidP="00202775">
    <w:pPr>
      <w:spacing w:after="0" w:line="240" w:lineRule="auto"/>
      <w:rPr>
        <w:sz w:val="22"/>
      </w:rPr>
    </w:pPr>
    <w:r w:rsidRPr="00202775">
      <w:rPr>
        <w:sz w:val="22"/>
      </w:rPr>
      <w:t>21450 Hvar</w:t>
    </w:r>
  </w:p>
  <w:p w14:paraId="45446F8D" w14:textId="77777777" w:rsidR="00202775" w:rsidRPr="00202775" w:rsidRDefault="00202775" w:rsidP="00202775">
    <w:pPr>
      <w:spacing w:after="0" w:line="240" w:lineRule="auto"/>
      <w:rPr>
        <w:sz w:val="22"/>
      </w:rPr>
    </w:pPr>
    <w:r w:rsidRPr="00202775">
      <w:rPr>
        <w:sz w:val="22"/>
      </w:rPr>
      <w:t>OIB: 14921955279</w:t>
    </w:r>
  </w:p>
  <w:p w14:paraId="534F5068" w14:textId="6D785C38" w:rsidR="00011E60" w:rsidRDefault="00202775" w:rsidP="00202775">
    <w:pPr>
      <w:spacing w:after="0" w:line="240" w:lineRule="auto"/>
    </w:pPr>
    <w:hyperlink r:id="rId2" w:history="1">
      <w:r w:rsidRPr="00202775">
        <w:rPr>
          <w:color w:val="0000FF" w:themeColor="hyperlink"/>
          <w:sz w:val="22"/>
          <w:u w:val="single"/>
        </w:rPr>
        <w:t>ured@os-hvar.skole.hr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0648565">
    <w:abstractNumId w:val="8"/>
  </w:num>
  <w:num w:numId="2" w16cid:durableId="908271878">
    <w:abstractNumId w:val="6"/>
  </w:num>
  <w:num w:numId="3" w16cid:durableId="1117990610">
    <w:abstractNumId w:val="5"/>
  </w:num>
  <w:num w:numId="4" w16cid:durableId="1109929248">
    <w:abstractNumId w:val="4"/>
  </w:num>
  <w:num w:numId="5" w16cid:durableId="1286038281">
    <w:abstractNumId w:val="7"/>
  </w:num>
  <w:num w:numId="6" w16cid:durableId="924194201">
    <w:abstractNumId w:val="3"/>
  </w:num>
  <w:num w:numId="7" w16cid:durableId="316767106">
    <w:abstractNumId w:val="2"/>
  </w:num>
  <w:num w:numId="8" w16cid:durableId="1391002811">
    <w:abstractNumId w:val="1"/>
  </w:num>
  <w:num w:numId="9" w16cid:durableId="159875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E60"/>
    <w:rsid w:val="00034616"/>
    <w:rsid w:val="0006063C"/>
    <w:rsid w:val="0015074B"/>
    <w:rsid w:val="00202775"/>
    <w:rsid w:val="0029639D"/>
    <w:rsid w:val="00326F90"/>
    <w:rsid w:val="0062169B"/>
    <w:rsid w:val="00AA1D8D"/>
    <w:rsid w:val="00B47730"/>
    <w:rsid w:val="00CB066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11395D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2026-09-23T08:01:00Z</dcterms:modified>
  <cp:category/>
</cp:coreProperties>
</file>