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88B0" w14:textId="77777777" w:rsidR="00391C08" w:rsidRDefault="00000000">
      <w:pPr>
        <w:spacing w:before="240" w:after="380"/>
        <w:jc w:val="center"/>
      </w:pPr>
      <w:r>
        <w:rPr>
          <w:b/>
          <w:sz w:val="26"/>
        </w:rPr>
        <w:t>ISPRIČNICA RODITELJA</w:t>
      </w:r>
    </w:p>
    <w:p w14:paraId="1D85938B" w14:textId="77777777" w:rsidR="00391C08" w:rsidRDefault="00000000">
      <w:r>
        <w:t>Ime i prezime roditelja/skrbnika: ________________________________________________</w:t>
      </w:r>
    </w:p>
    <w:p w14:paraId="2879F98A" w14:textId="77777777" w:rsidR="00391C08" w:rsidRDefault="00000000">
      <w:r>
        <w:t>Adresa: ________________________________________________</w:t>
      </w:r>
    </w:p>
    <w:p w14:paraId="6A66E5E4" w14:textId="77777777" w:rsidR="00391C08" w:rsidRDefault="00000000">
      <w:r>
        <w:t>Telefon/mobitel: ________________________________________________</w:t>
      </w:r>
    </w:p>
    <w:p w14:paraId="088E55F7" w14:textId="77777777" w:rsidR="00391C08" w:rsidRDefault="00000000">
      <w:r>
        <w:t>E-pošta: ________________________________________________</w:t>
      </w:r>
    </w:p>
    <w:p w14:paraId="57849B0D" w14:textId="77777777" w:rsidR="00391C08" w:rsidRDefault="00000000">
      <w:r>
        <w:t>Ovim opravdavam izostanak svojega djeteta:</w:t>
      </w:r>
    </w:p>
    <w:p w14:paraId="153D3604" w14:textId="77777777" w:rsidR="00391C08" w:rsidRDefault="00000000">
      <w:r>
        <w:t>Ime i prezime učenika: ________________________________________________</w:t>
      </w:r>
    </w:p>
    <w:p w14:paraId="684DE755" w14:textId="77777777" w:rsidR="00391C08" w:rsidRDefault="00000000">
      <w:r>
        <w:t>Razredni odjel: ________________________________________________</w:t>
      </w:r>
    </w:p>
    <w:p w14:paraId="0FB08458" w14:textId="77777777" w:rsidR="00391C08" w:rsidRDefault="00000000">
      <w:r>
        <w:t>Dani izostanka (od – do): ________________________________________________</w:t>
      </w:r>
    </w:p>
    <w:p w14:paraId="01D1DCFE" w14:textId="77777777" w:rsidR="00391C08" w:rsidRDefault="00000000">
      <w:r>
        <w:t>Razlog izostanka:</w:t>
      </w:r>
    </w:p>
    <w:p w14:paraId="6B17B883" w14:textId="77777777" w:rsidR="00391C08" w:rsidRDefault="00000000">
      <w:r>
        <w:t>__________________________________________________________________</w:t>
      </w:r>
    </w:p>
    <w:p w14:paraId="080E7B4C" w14:textId="77777777" w:rsidR="00391C08" w:rsidRDefault="00000000">
      <w:r>
        <w:t>Ime i prezime razrednika/ce: ________________________________________________</w:t>
      </w:r>
    </w:p>
    <w:p w14:paraId="2E9CC6D6" w14:textId="77777777" w:rsidR="00391C08" w:rsidRDefault="00000000">
      <w:r>
        <w:t>U Hvaru, __________________________</w:t>
      </w:r>
    </w:p>
    <w:p w14:paraId="4F84CA5F" w14:textId="77777777" w:rsidR="00391C08" w:rsidRDefault="00000000">
      <w:pPr>
        <w:jc w:val="right"/>
      </w:pPr>
      <w:r>
        <w:br/>
        <w:t>______________________________</w:t>
      </w:r>
    </w:p>
    <w:p w14:paraId="3454750E" w14:textId="77777777" w:rsidR="00391C08" w:rsidRDefault="00000000">
      <w:pPr>
        <w:jc w:val="right"/>
      </w:pPr>
      <w:r>
        <w:t>Potpis roditelja/skrbnika</w:t>
      </w:r>
    </w:p>
    <w:sectPr w:rsidR="00391C08" w:rsidSect="00034616">
      <w:headerReference w:type="default" r:id="rId8"/>
      <w:pgSz w:w="12240" w:h="15840"/>
      <w:pgMar w:top="2098" w:right="1304" w:bottom="1134" w:left="1361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B255C" w14:textId="77777777" w:rsidR="00577FCF" w:rsidRDefault="00577FCF">
      <w:pPr>
        <w:spacing w:after="0" w:line="240" w:lineRule="auto"/>
      </w:pPr>
      <w:r>
        <w:separator/>
      </w:r>
    </w:p>
  </w:endnote>
  <w:endnote w:type="continuationSeparator" w:id="0">
    <w:p w14:paraId="7242A9E5" w14:textId="77777777" w:rsidR="00577FCF" w:rsidRDefault="0057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73903" w14:textId="77777777" w:rsidR="00577FCF" w:rsidRDefault="00577FCF">
      <w:pPr>
        <w:spacing w:after="0" w:line="240" w:lineRule="auto"/>
      </w:pPr>
      <w:r>
        <w:separator/>
      </w:r>
    </w:p>
  </w:footnote>
  <w:footnote w:type="continuationSeparator" w:id="0">
    <w:p w14:paraId="210E872D" w14:textId="77777777" w:rsidR="00577FCF" w:rsidRDefault="0057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A95B2" w14:textId="77777777" w:rsidR="00391C08" w:rsidRDefault="00000000">
    <w:pPr>
      <w:pStyle w:val="Zaglavlje"/>
    </w:pPr>
    <w:r>
      <w:rPr>
        <w:noProof/>
      </w:rPr>
      <w:drawing>
        <wp:inline distT="0" distB="0" distL="0" distR="0" wp14:anchorId="5CCCF64A" wp14:editId="6285411B">
          <wp:extent cx="940289" cy="666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4159" cy="669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AD95AC" w14:textId="77777777" w:rsidR="00391C08" w:rsidRPr="0045309A" w:rsidRDefault="00000000">
    <w:pPr>
      <w:spacing w:after="0" w:line="240" w:lineRule="auto"/>
      <w:rPr>
        <w:sz w:val="22"/>
      </w:rPr>
    </w:pPr>
    <w:r w:rsidRPr="0045309A">
      <w:rPr>
        <w:sz w:val="22"/>
      </w:rPr>
      <w:t>Osnovna škola Hvar</w:t>
    </w:r>
  </w:p>
  <w:p w14:paraId="6353B050" w14:textId="77777777" w:rsidR="00391C08" w:rsidRPr="0045309A" w:rsidRDefault="00000000">
    <w:pPr>
      <w:spacing w:after="0" w:line="240" w:lineRule="auto"/>
      <w:rPr>
        <w:sz w:val="22"/>
      </w:rPr>
    </w:pPr>
    <w:r w:rsidRPr="0045309A">
      <w:rPr>
        <w:sz w:val="22"/>
      </w:rPr>
      <w:t>Ulica kroz Burak 81</w:t>
    </w:r>
  </w:p>
  <w:p w14:paraId="1C9FDC2F" w14:textId="77777777" w:rsidR="00391C08" w:rsidRPr="0045309A" w:rsidRDefault="00000000">
    <w:pPr>
      <w:spacing w:after="0" w:line="240" w:lineRule="auto"/>
      <w:rPr>
        <w:sz w:val="22"/>
      </w:rPr>
    </w:pPr>
    <w:r w:rsidRPr="0045309A">
      <w:rPr>
        <w:sz w:val="22"/>
      </w:rPr>
      <w:t>21450 Hvar</w:t>
    </w:r>
  </w:p>
  <w:p w14:paraId="3BCEB8DD" w14:textId="77777777" w:rsidR="00391C08" w:rsidRPr="0045309A" w:rsidRDefault="00000000">
    <w:pPr>
      <w:spacing w:after="0" w:line="240" w:lineRule="auto"/>
      <w:rPr>
        <w:sz w:val="22"/>
      </w:rPr>
    </w:pPr>
    <w:r w:rsidRPr="0045309A">
      <w:rPr>
        <w:sz w:val="22"/>
      </w:rPr>
      <w:t>OIB: 14921955279</w:t>
    </w:r>
  </w:p>
  <w:p w14:paraId="0496BC32" w14:textId="03ADFE35" w:rsidR="00391C08" w:rsidRPr="0045309A" w:rsidRDefault="0045309A">
    <w:pPr>
      <w:spacing w:after="0" w:line="240" w:lineRule="auto"/>
      <w:rPr>
        <w:sz w:val="22"/>
      </w:rPr>
    </w:pPr>
    <w:hyperlink r:id="rId2" w:history="1">
      <w:r w:rsidRPr="0045309A">
        <w:rPr>
          <w:rStyle w:val="Hiperveza"/>
          <w:sz w:val="22"/>
        </w:rPr>
        <w:t>ured@os-hvar.skole.hr</w:t>
      </w:r>
    </w:hyperlink>
    <w:r w:rsidRPr="0045309A"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6290283">
    <w:abstractNumId w:val="8"/>
  </w:num>
  <w:num w:numId="2" w16cid:durableId="1293752661">
    <w:abstractNumId w:val="6"/>
  </w:num>
  <w:num w:numId="3" w16cid:durableId="675572240">
    <w:abstractNumId w:val="5"/>
  </w:num>
  <w:num w:numId="4" w16cid:durableId="1454472479">
    <w:abstractNumId w:val="4"/>
  </w:num>
  <w:num w:numId="5" w16cid:durableId="400757862">
    <w:abstractNumId w:val="7"/>
  </w:num>
  <w:num w:numId="6" w16cid:durableId="2125612573">
    <w:abstractNumId w:val="3"/>
  </w:num>
  <w:num w:numId="7" w16cid:durableId="28576416">
    <w:abstractNumId w:val="2"/>
  </w:num>
  <w:num w:numId="8" w16cid:durableId="776170213">
    <w:abstractNumId w:val="1"/>
  </w:num>
  <w:num w:numId="9" w16cid:durableId="786391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1C08"/>
    <w:rsid w:val="0045309A"/>
    <w:rsid w:val="00577FCF"/>
    <w:rsid w:val="00AA1D8D"/>
    <w:rsid w:val="00B47730"/>
    <w:rsid w:val="00CB0664"/>
    <w:rsid w:val="00FC693F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7B248"/>
  <w14:defaultImageDpi w14:val="300"/>
  <w15:docId w15:val="{D25090F5-FA36-424F-AC4F-70DB27E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45309A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53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red@os-hvar.skole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Nada Jeličić</cp:lastModifiedBy>
  <cp:revision>2</cp:revision>
  <dcterms:created xsi:type="dcterms:W3CDTF">2013-12-23T23:15:00Z</dcterms:created>
  <dcterms:modified xsi:type="dcterms:W3CDTF">2026-09-23T07:58:00Z</dcterms:modified>
  <cp:category/>
</cp:coreProperties>
</file>