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5A460" w14:textId="77777777" w:rsidR="004B047B" w:rsidRDefault="004B047B">
      <w:pPr>
        <w:spacing w:before="240" w:after="380"/>
        <w:jc w:val="center"/>
        <w:rPr>
          <w:b/>
          <w:sz w:val="26"/>
        </w:rPr>
      </w:pPr>
      <w:bookmarkStart w:id="0" w:name="_Hlk241049834"/>
    </w:p>
    <w:p w14:paraId="42FC82AA" w14:textId="5004906E" w:rsidR="000E7211" w:rsidRDefault="00000000">
      <w:pPr>
        <w:spacing w:before="240" w:after="380"/>
        <w:jc w:val="center"/>
        <w:rPr>
          <w:b/>
          <w:sz w:val="26"/>
        </w:rPr>
      </w:pPr>
      <w:r>
        <w:rPr>
          <w:b/>
          <w:sz w:val="26"/>
        </w:rPr>
        <w:t>NAPUŠTANJE ŠKOLSKE ZGRADE</w:t>
      </w:r>
    </w:p>
    <w:p w14:paraId="6E8537E8" w14:textId="77777777" w:rsidR="004B047B" w:rsidRDefault="004B047B">
      <w:pPr>
        <w:spacing w:before="240" w:after="380"/>
        <w:jc w:val="center"/>
      </w:pPr>
    </w:p>
    <w:p w14:paraId="6C2D9623" w14:textId="77777777" w:rsidR="000E7211" w:rsidRDefault="00000000">
      <w:r>
        <w:t>Ime i prezime učenika: ________________________________________________</w:t>
      </w:r>
    </w:p>
    <w:p w14:paraId="2BE5A983" w14:textId="77777777" w:rsidR="000E7211" w:rsidRDefault="00000000">
      <w:r>
        <w:t>Razredni odjel: ________________________________________________</w:t>
      </w:r>
    </w:p>
    <w:p w14:paraId="24A4D68A" w14:textId="77777777" w:rsidR="000E7211" w:rsidRDefault="00000000">
      <w:r>
        <w:t>Učenik/ica je dana ____________________ u __________ sati, uz telefonsku ili pisanu dozvolu roditelja/skrbnika, napustio/la školu:</w:t>
      </w:r>
    </w:p>
    <w:p w14:paraId="62C73EB4" w14:textId="77777777" w:rsidR="000E7211" w:rsidRDefault="00000000">
      <w:r>
        <w:t>☐ samostalno     ☐ u pratnji roditelja/skrbnika</w:t>
      </w:r>
    </w:p>
    <w:p w14:paraId="10BD5FAD" w14:textId="77777777" w:rsidR="000E7211" w:rsidRDefault="00000000">
      <w:r>
        <w:t>Razlog odlaska: ________________________________________________</w:t>
      </w:r>
    </w:p>
    <w:p w14:paraId="4C0C32FC" w14:textId="77777777" w:rsidR="000E7211" w:rsidRDefault="00000000">
      <w:r>
        <w:t>__________________________________________________________________</w:t>
      </w:r>
    </w:p>
    <w:p w14:paraId="0B0CBDCC" w14:textId="77777777" w:rsidR="000E7211" w:rsidRDefault="00000000">
      <w:r>
        <w:t>Razrednik/ca: ______________________________</w:t>
      </w:r>
    </w:p>
    <w:p w14:paraId="02DA0332" w14:textId="77777777" w:rsidR="000E7211" w:rsidRDefault="00000000">
      <w:r>
        <w:t>Predmetni učitelj/ica: ______________________________</w:t>
      </w:r>
    </w:p>
    <w:p w14:paraId="00B93E9B" w14:textId="77777777" w:rsidR="000E7211" w:rsidRDefault="00000000">
      <w:r>
        <w:t>Stručni suradnik/ca: ______________________________</w:t>
      </w:r>
      <w:bookmarkEnd w:id="0"/>
    </w:p>
    <w:sectPr w:rsidR="000E7211" w:rsidSect="00034616">
      <w:headerReference w:type="default" r:id="rId8"/>
      <w:pgSz w:w="12240" w:h="15840"/>
      <w:pgMar w:top="2098" w:right="1304" w:bottom="1134" w:left="1361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7FAE3" w14:textId="77777777" w:rsidR="00144FEA" w:rsidRDefault="00144FEA">
      <w:pPr>
        <w:spacing w:after="0" w:line="240" w:lineRule="auto"/>
      </w:pPr>
      <w:r>
        <w:separator/>
      </w:r>
    </w:p>
  </w:endnote>
  <w:endnote w:type="continuationSeparator" w:id="0">
    <w:p w14:paraId="638B9E7E" w14:textId="77777777" w:rsidR="00144FEA" w:rsidRDefault="00144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B7707" w14:textId="77777777" w:rsidR="00144FEA" w:rsidRDefault="00144FEA">
      <w:pPr>
        <w:spacing w:after="0" w:line="240" w:lineRule="auto"/>
      </w:pPr>
      <w:r>
        <w:separator/>
      </w:r>
    </w:p>
  </w:footnote>
  <w:footnote w:type="continuationSeparator" w:id="0">
    <w:p w14:paraId="32A4C5AA" w14:textId="77777777" w:rsidR="00144FEA" w:rsidRDefault="00144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BEA18" w14:textId="77777777" w:rsidR="000E7211" w:rsidRDefault="00000000">
    <w:pPr>
      <w:pStyle w:val="Zaglavlje"/>
    </w:pPr>
    <w:r>
      <w:rPr>
        <w:noProof/>
      </w:rPr>
      <w:drawing>
        <wp:inline distT="0" distB="0" distL="0" distR="0" wp14:anchorId="1552734E" wp14:editId="20F928A9">
          <wp:extent cx="1028700" cy="72944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2624" cy="732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80A5B7" w14:textId="77777777" w:rsidR="000E7211" w:rsidRPr="004B047B" w:rsidRDefault="00000000">
    <w:pPr>
      <w:spacing w:after="0" w:line="240" w:lineRule="auto"/>
      <w:rPr>
        <w:sz w:val="22"/>
      </w:rPr>
    </w:pPr>
    <w:r w:rsidRPr="004B047B">
      <w:rPr>
        <w:sz w:val="22"/>
      </w:rPr>
      <w:t>Osnovna škola Hvar</w:t>
    </w:r>
  </w:p>
  <w:p w14:paraId="3F620EDC" w14:textId="77777777" w:rsidR="000E7211" w:rsidRPr="004B047B" w:rsidRDefault="00000000">
    <w:pPr>
      <w:spacing w:after="0" w:line="240" w:lineRule="auto"/>
      <w:rPr>
        <w:sz w:val="22"/>
      </w:rPr>
    </w:pPr>
    <w:r w:rsidRPr="004B047B">
      <w:rPr>
        <w:sz w:val="22"/>
      </w:rPr>
      <w:t>Ulica kroz Burak 81</w:t>
    </w:r>
  </w:p>
  <w:p w14:paraId="2FE0DC4D" w14:textId="77777777" w:rsidR="000E7211" w:rsidRPr="004B047B" w:rsidRDefault="00000000">
    <w:pPr>
      <w:spacing w:after="0" w:line="240" w:lineRule="auto"/>
      <w:rPr>
        <w:sz w:val="22"/>
      </w:rPr>
    </w:pPr>
    <w:r w:rsidRPr="004B047B">
      <w:rPr>
        <w:sz w:val="22"/>
      </w:rPr>
      <w:t>21450 Hvar</w:t>
    </w:r>
  </w:p>
  <w:p w14:paraId="607034C3" w14:textId="77777777" w:rsidR="000E7211" w:rsidRPr="004B047B" w:rsidRDefault="00000000">
    <w:pPr>
      <w:spacing w:after="0" w:line="240" w:lineRule="auto"/>
      <w:rPr>
        <w:sz w:val="22"/>
      </w:rPr>
    </w:pPr>
    <w:r w:rsidRPr="004B047B">
      <w:rPr>
        <w:sz w:val="22"/>
      </w:rPr>
      <w:t>OIB: 14921955279</w:t>
    </w:r>
  </w:p>
  <w:p w14:paraId="4BA4FEEC" w14:textId="3BCA6136" w:rsidR="000E7211" w:rsidRPr="004B047B" w:rsidRDefault="004B047B">
    <w:pPr>
      <w:spacing w:after="0" w:line="240" w:lineRule="auto"/>
      <w:rPr>
        <w:sz w:val="22"/>
      </w:rPr>
    </w:pPr>
    <w:hyperlink r:id="rId2" w:history="1">
      <w:r w:rsidRPr="004B047B">
        <w:rPr>
          <w:rStyle w:val="Hiperveza"/>
          <w:sz w:val="22"/>
        </w:rPr>
        <w:t>ured@os-hvar.skole.hr</w:t>
      </w:r>
    </w:hyperlink>
    <w:r w:rsidRPr="004B047B"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9071931">
    <w:abstractNumId w:val="8"/>
  </w:num>
  <w:num w:numId="2" w16cid:durableId="1716464763">
    <w:abstractNumId w:val="6"/>
  </w:num>
  <w:num w:numId="3" w16cid:durableId="192966921">
    <w:abstractNumId w:val="5"/>
  </w:num>
  <w:num w:numId="4" w16cid:durableId="590116815">
    <w:abstractNumId w:val="4"/>
  </w:num>
  <w:num w:numId="5" w16cid:durableId="202986263">
    <w:abstractNumId w:val="7"/>
  </w:num>
  <w:num w:numId="6" w16cid:durableId="526144901">
    <w:abstractNumId w:val="3"/>
  </w:num>
  <w:num w:numId="7" w16cid:durableId="52583859">
    <w:abstractNumId w:val="2"/>
  </w:num>
  <w:num w:numId="8" w16cid:durableId="1846507098">
    <w:abstractNumId w:val="1"/>
  </w:num>
  <w:num w:numId="9" w16cid:durableId="970866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7211"/>
    <w:rsid w:val="00144FEA"/>
    <w:rsid w:val="0015074B"/>
    <w:rsid w:val="0029639D"/>
    <w:rsid w:val="00326F90"/>
    <w:rsid w:val="004B047B"/>
    <w:rsid w:val="00AA1D8D"/>
    <w:rsid w:val="00B47730"/>
    <w:rsid w:val="00CB0664"/>
    <w:rsid w:val="00FC693F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AD103A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4B047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B0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red@os-hvar.skole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2013-12-23T23:15:00Z</dcterms:created>
  <dcterms:modified xsi:type="dcterms:W3CDTF">2026-09-23T07:57:00Z</dcterms:modified>
  <cp:category/>
</cp:coreProperties>
</file>