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AA924" w14:textId="77777777" w:rsidR="00BE1FBF" w:rsidRDefault="00BE1FBF">
      <w:pPr>
        <w:spacing w:before="240" w:after="380"/>
        <w:jc w:val="center"/>
        <w:rPr>
          <w:b/>
          <w:sz w:val="26"/>
        </w:rPr>
      </w:pPr>
    </w:p>
    <w:p w14:paraId="5C1D0E0E" w14:textId="7ACC3A6F" w:rsidR="004F47E7" w:rsidRDefault="00000000">
      <w:pPr>
        <w:spacing w:before="240" w:after="380"/>
        <w:jc w:val="center"/>
        <w:rPr>
          <w:b/>
          <w:sz w:val="26"/>
        </w:rPr>
      </w:pPr>
      <w:r>
        <w:rPr>
          <w:b/>
          <w:sz w:val="26"/>
        </w:rPr>
        <w:t>POSTUPAK ZA IZDAVANJE SVJEDODŽBE</w:t>
      </w:r>
    </w:p>
    <w:p w14:paraId="2E50F65C" w14:textId="77777777" w:rsidR="00BE1FBF" w:rsidRDefault="00BE1FBF">
      <w:pPr>
        <w:spacing w:before="240" w:after="380"/>
        <w:jc w:val="center"/>
      </w:pPr>
    </w:p>
    <w:p w14:paraId="61B106AD" w14:textId="77777777" w:rsidR="004F47E7" w:rsidRDefault="00000000">
      <w:r>
        <w:t>•  Zahtjev za izdavanje duplikata svjedodžbe podnosi osoba, skrbnik ili roditelj za učenika koji je završio razred u školi.</w:t>
      </w:r>
    </w:p>
    <w:p w14:paraId="5F5A01A6" w14:textId="77777777" w:rsidR="004F47E7" w:rsidRDefault="00000000">
      <w:r>
        <w:t>•  Podnositelj popunjava sve podatke tražene u zahtjevu.</w:t>
      </w:r>
    </w:p>
    <w:p w14:paraId="1AFE1F3D" w14:textId="77777777" w:rsidR="004F47E7" w:rsidRDefault="00000000">
      <w:r>
        <w:t>•  Duplikat svjedodžbe izdaje se na obrascu istom kao originalna svjedodžba. Ako škola više ne posjeduje originalni obrazac, izdaje prijepis ocjena na praznom papiru s podatcima iz matične knjige učenika, ovjeren od ravnatelja.</w:t>
      </w:r>
    </w:p>
    <w:p w14:paraId="22012A26" w14:textId="77777777" w:rsidR="004F47E7" w:rsidRDefault="00000000">
      <w:r>
        <w:t>•  Prema tekstu izvornog dokumenta, rok za izdavanje je najkasnije 15 dana od podnošenja urednog zahtjeva.</w:t>
      </w:r>
    </w:p>
    <w:p w14:paraId="21BAB61E" w14:textId="77777777" w:rsidR="004F47E7" w:rsidRDefault="00000000">
      <w:r>
        <w:t>•  Ovisno o opsegu preostalog posla, duplikat/prijepis moguće je dobiti najranije sljedeći dan nakon podnošenja zahtjeva.</w:t>
      </w:r>
    </w:p>
    <w:p w14:paraId="12E96D3A" w14:textId="77777777" w:rsidR="004F47E7" w:rsidRDefault="00000000">
      <w:r>
        <w:t>Napomena: Pravne navode i rokove potrebno je provjeriti prije službene objave.</w:t>
      </w:r>
    </w:p>
    <w:sectPr w:rsidR="004F47E7" w:rsidSect="00034616">
      <w:headerReference w:type="default" r:id="rId8"/>
      <w:pgSz w:w="12240" w:h="15840"/>
      <w:pgMar w:top="2098" w:right="1304" w:bottom="1134" w:left="1361" w:header="51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D1D85" w14:textId="77777777" w:rsidR="00FA6024" w:rsidRDefault="00FA6024">
      <w:pPr>
        <w:spacing w:after="0" w:line="240" w:lineRule="auto"/>
      </w:pPr>
      <w:r>
        <w:separator/>
      </w:r>
    </w:p>
  </w:endnote>
  <w:endnote w:type="continuationSeparator" w:id="0">
    <w:p w14:paraId="367FC0D3" w14:textId="77777777" w:rsidR="00FA6024" w:rsidRDefault="00FA6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58C98" w14:textId="77777777" w:rsidR="00FA6024" w:rsidRDefault="00FA6024">
      <w:pPr>
        <w:spacing w:after="0" w:line="240" w:lineRule="auto"/>
      </w:pPr>
      <w:r>
        <w:separator/>
      </w:r>
    </w:p>
  </w:footnote>
  <w:footnote w:type="continuationSeparator" w:id="0">
    <w:p w14:paraId="03A9A7A6" w14:textId="77777777" w:rsidR="00FA6024" w:rsidRDefault="00FA6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FA777" w14:textId="77777777" w:rsidR="004F47E7" w:rsidRDefault="00000000">
    <w:pPr>
      <w:pStyle w:val="Zaglavlje"/>
    </w:pPr>
    <w:r>
      <w:rPr>
        <w:noProof/>
      </w:rPr>
      <w:drawing>
        <wp:inline distT="0" distB="0" distL="0" distR="0" wp14:anchorId="7680638D" wp14:editId="71F90F48">
          <wp:extent cx="980587" cy="6953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5083" cy="6985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686CA7" w14:textId="77777777" w:rsidR="004F47E7" w:rsidRPr="00BE1FBF" w:rsidRDefault="00000000">
    <w:pPr>
      <w:spacing w:after="0" w:line="240" w:lineRule="auto"/>
      <w:rPr>
        <w:sz w:val="22"/>
      </w:rPr>
    </w:pPr>
    <w:r w:rsidRPr="00BE1FBF">
      <w:rPr>
        <w:sz w:val="22"/>
      </w:rPr>
      <w:t>Osnovna škola Hvar</w:t>
    </w:r>
  </w:p>
  <w:p w14:paraId="2F1D1624" w14:textId="77777777" w:rsidR="004F47E7" w:rsidRPr="00BE1FBF" w:rsidRDefault="00000000">
    <w:pPr>
      <w:spacing w:after="0" w:line="240" w:lineRule="auto"/>
      <w:rPr>
        <w:sz w:val="22"/>
      </w:rPr>
    </w:pPr>
    <w:r w:rsidRPr="00BE1FBF">
      <w:rPr>
        <w:sz w:val="22"/>
      </w:rPr>
      <w:t>Ulica kroz Burak 81</w:t>
    </w:r>
  </w:p>
  <w:p w14:paraId="09E723E5" w14:textId="77777777" w:rsidR="004F47E7" w:rsidRPr="00BE1FBF" w:rsidRDefault="00000000">
    <w:pPr>
      <w:spacing w:after="0" w:line="240" w:lineRule="auto"/>
      <w:rPr>
        <w:sz w:val="22"/>
      </w:rPr>
    </w:pPr>
    <w:r w:rsidRPr="00BE1FBF">
      <w:rPr>
        <w:sz w:val="22"/>
      </w:rPr>
      <w:t>21450 Hvar</w:t>
    </w:r>
  </w:p>
  <w:p w14:paraId="0358C03E" w14:textId="77777777" w:rsidR="004F47E7" w:rsidRPr="00BE1FBF" w:rsidRDefault="00000000">
    <w:pPr>
      <w:spacing w:after="0" w:line="240" w:lineRule="auto"/>
      <w:rPr>
        <w:sz w:val="22"/>
      </w:rPr>
    </w:pPr>
    <w:r w:rsidRPr="00BE1FBF">
      <w:rPr>
        <w:sz w:val="22"/>
      </w:rPr>
      <w:t>OIB: 14921955279</w:t>
    </w:r>
  </w:p>
  <w:p w14:paraId="7ED3B8E7" w14:textId="77777777" w:rsidR="004F47E7" w:rsidRPr="00BE1FBF" w:rsidRDefault="00000000">
    <w:pPr>
      <w:spacing w:after="0" w:line="240" w:lineRule="auto"/>
      <w:rPr>
        <w:sz w:val="22"/>
      </w:rPr>
    </w:pPr>
    <w:r w:rsidRPr="00BE1FBF">
      <w:rPr>
        <w:sz w:val="22"/>
      </w:rPr>
      <w:t>ured@os-hvar.skole.hr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895837">
    <w:abstractNumId w:val="8"/>
  </w:num>
  <w:num w:numId="2" w16cid:durableId="1996181233">
    <w:abstractNumId w:val="6"/>
  </w:num>
  <w:num w:numId="3" w16cid:durableId="835456030">
    <w:abstractNumId w:val="5"/>
  </w:num>
  <w:num w:numId="4" w16cid:durableId="1265386932">
    <w:abstractNumId w:val="4"/>
  </w:num>
  <w:num w:numId="5" w16cid:durableId="1035278793">
    <w:abstractNumId w:val="7"/>
  </w:num>
  <w:num w:numId="6" w16cid:durableId="1922331372">
    <w:abstractNumId w:val="3"/>
  </w:num>
  <w:num w:numId="7" w16cid:durableId="1334183398">
    <w:abstractNumId w:val="2"/>
  </w:num>
  <w:num w:numId="8" w16cid:durableId="1082722770">
    <w:abstractNumId w:val="1"/>
  </w:num>
  <w:num w:numId="9" w16cid:durableId="1583829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47E7"/>
    <w:rsid w:val="00AA1D8D"/>
    <w:rsid w:val="00B47730"/>
    <w:rsid w:val="00BE1FBF"/>
    <w:rsid w:val="00CB0664"/>
    <w:rsid w:val="00FA6024"/>
    <w:rsid w:val="00FC693F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A21A5A"/>
  <w14:defaultImageDpi w14:val="300"/>
  <w15:docId w15:val="{D25090F5-FA36-424F-AC4F-70DB27E55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Nada Jeličić</cp:lastModifiedBy>
  <cp:revision>2</cp:revision>
  <dcterms:created xsi:type="dcterms:W3CDTF">2013-12-23T23:15:00Z</dcterms:created>
  <dcterms:modified xsi:type="dcterms:W3CDTF">2026-09-23T07:54:00Z</dcterms:modified>
  <cp:category/>
</cp:coreProperties>
</file>