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5D182" w14:textId="77777777" w:rsidR="00A946A7" w:rsidRDefault="00A946A7">
      <w:pPr>
        <w:spacing w:before="240" w:after="380"/>
        <w:jc w:val="center"/>
        <w:rPr>
          <w:b/>
          <w:sz w:val="26"/>
        </w:rPr>
      </w:pPr>
    </w:p>
    <w:p w14:paraId="2C5DD975" w14:textId="77777777" w:rsidR="00A946A7" w:rsidRDefault="00A946A7">
      <w:pPr>
        <w:spacing w:before="240" w:after="380"/>
        <w:jc w:val="center"/>
        <w:rPr>
          <w:b/>
          <w:sz w:val="26"/>
        </w:rPr>
      </w:pPr>
    </w:p>
    <w:p w14:paraId="633DFC29" w14:textId="5D7353AC" w:rsidR="00106504" w:rsidRDefault="00000000">
      <w:pPr>
        <w:spacing w:before="240" w:after="380"/>
        <w:jc w:val="center"/>
      </w:pPr>
      <w:r>
        <w:rPr>
          <w:b/>
          <w:sz w:val="26"/>
        </w:rPr>
        <w:t>ZAHTJEV ZA IZDAVANJE DUPLIKATA SVJEDODŽBE</w:t>
      </w:r>
    </w:p>
    <w:p w14:paraId="5BFF93F3" w14:textId="77777777" w:rsidR="00106504" w:rsidRDefault="00000000" w:rsidP="00A946A7">
      <w:pPr>
        <w:spacing w:line="360" w:lineRule="auto"/>
      </w:pPr>
      <w:r>
        <w:t>Ime i prezime podnositelja: ________________________________________________</w:t>
      </w:r>
    </w:p>
    <w:p w14:paraId="76DBB00F" w14:textId="77777777" w:rsidR="00106504" w:rsidRDefault="00000000" w:rsidP="00A946A7">
      <w:pPr>
        <w:spacing w:line="360" w:lineRule="auto"/>
      </w:pPr>
      <w:r>
        <w:t>Adresa: ________________________________________________</w:t>
      </w:r>
    </w:p>
    <w:p w14:paraId="64FE2708" w14:textId="77777777" w:rsidR="00106504" w:rsidRDefault="00000000" w:rsidP="00A946A7">
      <w:pPr>
        <w:spacing w:line="360" w:lineRule="auto"/>
      </w:pPr>
      <w:r>
        <w:t>Kontakt (telefon/e-pošta): ________________________________________________</w:t>
      </w:r>
    </w:p>
    <w:p w14:paraId="052C5A37" w14:textId="77777777" w:rsidR="00106504" w:rsidRDefault="00000000" w:rsidP="00A946A7">
      <w:pPr>
        <w:spacing w:line="360" w:lineRule="auto"/>
      </w:pPr>
      <w:r>
        <w:t>Molim Osnovnu školu Hvar da mi izda duplikat svjedodžbe:</w:t>
      </w:r>
    </w:p>
    <w:p w14:paraId="118DB092" w14:textId="77777777" w:rsidR="00106504" w:rsidRDefault="00000000" w:rsidP="00A946A7">
      <w:pPr>
        <w:spacing w:line="360" w:lineRule="auto"/>
      </w:pPr>
      <w:r>
        <w:t>Razred i školska godina: ________________________________________________</w:t>
      </w:r>
    </w:p>
    <w:p w14:paraId="03BB9A8C" w14:textId="77777777" w:rsidR="00106504" w:rsidRDefault="00000000" w:rsidP="00A946A7">
      <w:pPr>
        <w:spacing w:line="360" w:lineRule="auto"/>
      </w:pPr>
      <w:r>
        <w:t>Ime i prezime učenika (ako je različito od podnositelja): ________________________________________________</w:t>
      </w:r>
    </w:p>
    <w:p w14:paraId="4F24A79A" w14:textId="77777777" w:rsidR="00106504" w:rsidRDefault="00000000" w:rsidP="00A946A7">
      <w:pPr>
        <w:spacing w:line="360" w:lineRule="auto"/>
      </w:pPr>
      <w:r>
        <w:t>Duplikat mi je potreban u svrhu:</w:t>
      </w:r>
    </w:p>
    <w:p w14:paraId="4C3EA85E" w14:textId="77777777" w:rsidR="00106504" w:rsidRDefault="00000000" w:rsidP="00A946A7">
      <w:pPr>
        <w:spacing w:line="360" w:lineRule="auto"/>
      </w:pPr>
      <w:r>
        <w:t>__________________________________________________________________</w:t>
      </w:r>
    </w:p>
    <w:p w14:paraId="181C4AB3" w14:textId="77777777" w:rsidR="00A946A7" w:rsidRDefault="00A946A7" w:rsidP="00A946A7">
      <w:pPr>
        <w:spacing w:line="360" w:lineRule="auto"/>
      </w:pPr>
    </w:p>
    <w:p w14:paraId="1ACE0DCB" w14:textId="05C600E0" w:rsidR="00106504" w:rsidRDefault="00000000" w:rsidP="00A946A7">
      <w:pPr>
        <w:spacing w:line="360" w:lineRule="auto"/>
      </w:pPr>
      <w:r>
        <w:t xml:space="preserve">U </w:t>
      </w:r>
      <w:proofErr w:type="spellStart"/>
      <w:r>
        <w:t>Hvaru</w:t>
      </w:r>
      <w:proofErr w:type="spellEnd"/>
      <w:r>
        <w:t>, __________________________</w:t>
      </w:r>
    </w:p>
    <w:p w14:paraId="6DF3F0F2" w14:textId="77777777" w:rsidR="00106504" w:rsidRDefault="00000000" w:rsidP="00A946A7">
      <w:pPr>
        <w:spacing w:line="360" w:lineRule="auto"/>
        <w:jc w:val="right"/>
      </w:pPr>
      <w:r>
        <w:br/>
        <w:t>______________________________</w:t>
      </w:r>
    </w:p>
    <w:p w14:paraId="426F69B4" w14:textId="77777777" w:rsidR="00106504" w:rsidRDefault="00000000" w:rsidP="00A946A7">
      <w:pPr>
        <w:spacing w:line="360" w:lineRule="auto"/>
        <w:jc w:val="right"/>
      </w:pPr>
      <w:r>
        <w:t>Potpis podnositelja zahtjeva</w:t>
      </w:r>
    </w:p>
    <w:sectPr w:rsidR="00106504" w:rsidSect="00034616">
      <w:headerReference w:type="default" r:id="rId8"/>
      <w:pgSz w:w="12240" w:h="15840"/>
      <w:pgMar w:top="2098" w:right="1304" w:bottom="1134" w:left="1361" w:header="51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73DAF" w14:textId="77777777" w:rsidR="00B23AC7" w:rsidRDefault="00B23AC7">
      <w:pPr>
        <w:spacing w:after="0" w:line="240" w:lineRule="auto"/>
      </w:pPr>
      <w:r>
        <w:separator/>
      </w:r>
    </w:p>
  </w:endnote>
  <w:endnote w:type="continuationSeparator" w:id="0">
    <w:p w14:paraId="5159115D" w14:textId="77777777" w:rsidR="00B23AC7" w:rsidRDefault="00B23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603D1" w14:textId="77777777" w:rsidR="00B23AC7" w:rsidRDefault="00B23AC7">
      <w:pPr>
        <w:spacing w:after="0" w:line="240" w:lineRule="auto"/>
      </w:pPr>
      <w:r>
        <w:separator/>
      </w:r>
    </w:p>
  </w:footnote>
  <w:footnote w:type="continuationSeparator" w:id="0">
    <w:p w14:paraId="30138829" w14:textId="77777777" w:rsidR="00B23AC7" w:rsidRDefault="00B23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E38F0" w14:textId="77777777" w:rsidR="00106504" w:rsidRPr="00A946A7" w:rsidRDefault="00000000">
    <w:pPr>
      <w:pStyle w:val="Zaglavlje"/>
      <w:rPr>
        <w:sz w:val="22"/>
      </w:rPr>
    </w:pPr>
    <w:r w:rsidRPr="00A946A7">
      <w:rPr>
        <w:noProof/>
        <w:sz w:val="22"/>
      </w:rPr>
      <w:drawing>
        <wp:inline distT="0" distB="0" distL="0" distR="0" wp14:anchorId="7985D507" wp14:editId="540E497C">
          <wp:extent cx="895350" cy="63488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1244" cy="6390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B8B08BB" w14:textId="77777777" w:rsidR="00106504" w:rsidRPr="00A946A7" w:rsidRDefault="00000000">
    <w:pPr>
      <w:spacing w:after="0" w:line="240" w:lineRule="auto"/>
      <w:rPr>
        <w:sz w:val="22"/>
      </w:rPr>
    </w:pPr>
    <w:r w:rsidRPr="00A946A7">
      <w:rPr>
        <w:sz w:val="22"/>
      </w:rPr>
      <w:t>Osnovna škola Hvar</w:t>
    </w:r>
  </w:p>
  <w:p w14:paraId="1FDADAF5" w14:textId="77777777" w:rsidR="00106504" w:rsidRPr="00A946A7" w:rsidRDefault="00000000">
    <w:pPr>
      <w:spacing w:after="0" w:line="240" w:lineRule="auto"/>
      <w:rPr>
        <w:sz w:val="22"/>
      </w:rPr>
    </w:pPr>
    <w:r w:rsidRPr="00A946A7">
      <w:rPr>
        <w:sz w:val="22"/>
      </w:rPr>
      <w:t>Ulica kroz Burak 81</w:t>
    </w:r>
  </w:p>
  <w:p w14:paraId="2A0EA792" w14:textId="77777777" w:rsidR="00106504" w:rsidRPr="00A946A7" w:rsidRDefault="00000000">
    <w:pPr>
      <w:spacing w:after="0" w:line="240" w:lineRule="auto"/>
      <w:rPr>
        <w:sz w:val="22"/>
      </w:rPr>
    </w:pPr>
    <w:r w:rsidRPr="00A946A7">
      <w:rPr>
        <w:sz w:val="22"/>
      </w:rPr>
      <w:t>21450 Hvar</w:t>
    </w:r>
  </w:p>
  <w:p w14:paraId="0F3F5938" w14:textId="77777777" w:rsidR="00106504" w:rsidRPr="00A946A7" w:rsidRDefault="00000000">
    <w:pPr>
      <w:spacing w:after="0" w:line="240" w:lineRule="auto"/>
      <w:rPr>
        <w:sz w:val="22"/>
      </w:rPr>
    </w:pPr>
    <w:r w:rsidRPr="00A946A7">
      <w:rPr>
        <w:sz w:val="22"/>
      </w:rPr>
      <w:t>OIB: 14921955279</w:t>
    </w:r>
  </w:p>
  <w:p w14:paraId="0C4E7045" w14:textId="223377C7" w:rsidR="00106504" w:rsidRDefault="00A946A7">
    <w:pPr>
      <w:spacing w:after="0" w:line="240" w:lineRule="auto"/>
    </w:pPr>
    <w:hyperlink r:id="rId2" w:history="1">
      <w:r w:rsidRPr="00096CE2">
        <w:rPr>
          <w:rStyle w:val="Hiperveza"/>
          <w:sz w:val="18"/>
        </w:rPr>
        <w:t>ured@os-hvar.skole.hr</w:t>
      </w:r>
    </w:hyperlink>
    <w:r>
      <w:rPr>
        <w:sz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1925514">
    <w:abstractNumId w:val="8"/>
  </w:num>
  <w:num w:numId="2" w16cid:durableId="303121516">
    <w:abstractNumId w:val="6"/>
  </w:num>
  <w:num w:numId="3" w16cid:durableId="804659808">
    <w:abstractNumId w:val="5"/>
  </w:num>
  <w:num w:numId="4" w16cid:durableId="1739941161">
    <w:abstractNumId w:val="4"/>
  </w:num>
  <w:num w:numId="5" w16cid:durableId="240452953">
    <w:abstractNumId w:val="7"/>
  </w:num>
  <w:num w:numId="6" w16cid:durableId="1624579839">
    <w:abstractNumId w:val="3"/>
  </w:num>
  <w:num w:numId="7" w16cid:durableId="176119758">
    <w:abstractNumId w:val="2"/>
  </w:num>
  <w:num w:numId="8" w16cid:durableId="155344505">
    <w:abstractNumId w:val="1"/>
  </w:num>
  <w:num w:numId="9" w16cid:durableId="1143279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6504"/>
    <w:rsid w:val="0015074B"/>
    <w:rsid w:val="0029639D"/>
    <w:rsid w:val="00326F90"/>
    <w:rsid w:val="00A946A7"/>
    <w:rsid w:val="00AA1D8D"/>
    <w:rsid w:val="00B23AC7"/>
    <w:rsid w:val="00B47730"/>
    <w:rsid w:val="00CB0664"/>
    <w:rsid w:val="00FC693F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785BD1"/>
  <w14:defaultImageDpi w14:val="300"/>
  <w15:docId w15:val="{D25090F5-FA36-424F-AC4F-70DB27E55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A946A7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946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red@os-hvar.skole.h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Nada Jeličić</cp:lastModifiedBy>
  <cp:revision>2</cp:revision>
  <dcterms:created xsi:type="dcterms:W3CDTF">2013-12-23T23:15:00Z</dcterms:created>
  <dcterms:modified xsi:type="dcterms:W3CDTF">2026-09-23T07:54:00Z</dcterms:modified>
  <cp:category/>
</cp:coreProperties>
</file>